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COMPROMISO LABORAL</w:t>
      </w:r>
    </w:p>
    <w:p/>
    <w:p>
      <w:r>
        <w:rPr>
          <w:b w:val="0"/>
          <w:sz w:val="20"/>
        </w:rPr>
        <w:t>Por la presente, el/la suscrito/a, en calidad de representante legal de la empresa, y el/la destinatario/a de esta carta, acuerdan lo siguiente:</w:t>
      </w:r>
    </w:p>
    <w:p/>
    <w:p>
      <w:r>
        <w:rPr>
          <w:b/>
          <w:sz w:val="20"/>
        </w:rPr>
        <w:t>Datos de la Empresa:</w:t>
      </w:r>
    </w:p>
    <w:p>
      <w:r>
        <w:rPr>
          <w:b w:val="0"/>
          <w:sz w:val="20"/>
        </w:rPr>
        <w:t>Nombre : ________________________________________________________________</w:t>
      </w:r>
    </w:p>
    <w:p>
      <w:r>
        <w:rPr>
          <w:b w:val="0"/>
          <w:sz w:val="20"/>
        </w:rPr>
        <w:t>CIF : ____________________________________________________________________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_______________________________________________________</w:t>
      </w:r>
    </w:p>
    <w:p>
      <w:r>
        <w:rPr>
          <w:b w:val="0"/>
          <w:sz w:val="20"/>
        </w:rPr>
        <w:t>Representante Legal : ____________________________________________________</w:t>
      </w:r>
    </w:p>
    <w:p>
      <w:r>
        <w:rPr>
          <w:b w:val="0"/>
          <w:sz w:val="20"/>
        </w:rPr>
        <w:t>Cargo : _________________________________________________________________</w:t>
      </w:r>
    </w:p>
    <w:p/>
    <w:p>
      <w:r>
        <w:rPr>
          <w:b/>
          <w:sz w:val="20"/>
        </w:rPr>
        <w:t>Datos del Trabajador/a:</w:t>
      </w:r>
    </w:p>
    <w:p>
      <w:r>
        <w:rPr>
          <w:b w:val="0"/>
          <w:sz w:val="20"/>
        </w:rPr>
        <w:t>Nombre y Apellidos : 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</w:t>
      </w:r>
    </w:p>
    <w:p/>
    <w:p>
      <w:r>
        <w:rPr>
          <w:b/>
          <w:sz w:val="20"/>
        </w:rPr>
        <w:t>Objeto de la Carta:</w:t>
      </w:r>
    </w:p>
    <w:p>
      <w:r>
        <w:rPr>
          <w:b w:val="0"/>
          <w:sz w:val="20"/>
        </w:rPr>
        <w:t>La presente carta tiene por objeto establecer el compromiso laboral entre la empresa y el/la trabajador/a, en los términos y condiciones que a continuación se detallan, sin que constituya un contrato de trabajo formal ni genere obligación contractual distinta a la expresada en esta carta.</w:t>
      </w:r>
    </w:p>
    <w:p/>
    <w:p>
      <w:r>
        <w:rPr>
          <w:b/>
          <w:sz w:val="20"/>
        </w:rPr>
        <w:t>Compromisos de la Empresa:</w:t>
      </w:r>
    </w:p>
    <w:p>
      <w:r>
        <w:rPr>
          <w:b w:val="0"/>
          <w:sz w:val="20"/>
        </w:rPr>
        <w:t>1. La empresa se compromete a ofrecer al/a la trabajador/a la oportunidad laboral descrita, respetando los términos que se acuerden expresamente en cada caso.</w:t>
      </w:r>
    </w:p>
    <w:p>
      <w:r>
        <w:rPr>
          <w:b w:val="0"/>
          <w:sz w:val="20"/>
        </w:rPr>
        <w:t>2. La empresa garantiza el cumplimiento de la normativa laboral vigente, así como las condiciones de seguridad y salud en el trabajo.</w:t>
      </w:r>
    </w:p>
    <w:p/>
    <w:p>
      <w:r>
        <w:rPr>
          <w:b/>
          <w:sz w:val="20"/>
        </w:rPr>
        <w:t>Compromisos del Trabajador/a:</w:t>
      </w:r>
    </w:p>
    <w:p>
      <w:r>
        <w:rPr>
          <w:b w:val="0"/>
          <w:sz w:val="20"/>
        </w:rPr>
        <w:t>1. El/la trabajador/a manifiesta su compromiso de cumplir con las funciones y responsabilidades asignadas de acuerdo con las instrucciones y normativas internas de la empresa.</w:t>
      </w:r>
    </w:p>
    <w:p>
      <w:r>
        <w:rPr>
          <w:b w:val="0"/>
          <w:sz w:val="20"/>
        </w:rPr>
        <w:t>2. El/la trabajador/a acepta sujetarse a las condiciones y horarios que se le indiquen, así como a las modificaciones razonables que puedan derivarse de la organización del trabajo.</w:t>
      </w:r>
    </w:p>
    <w:p/>
    <w:p>
      <w:r>
        <w:rPr>
          <w:b/>
          <w:sz w:val="20"/>
        </w:rPr>
        <w:t>Duración y Vigencia:</w:t>
      </w:r>
    </w:p>
    <w:p>
      <w:r>
        <w:rPr>
          <w:b w:val="0"/>
          <w:sz w:val="20"/>
        </w:rPr>
        <w:t>Esta carta compromiso tendrá vigencia desde el momento de su firma y hasta que se formalice el contrato laboral o hasta que cualquiera de las partes decida finalizar el compromiso, sin que ello genere derecho a indemnización alguna.</w:t>
      </w:r>
    </w:p>
    <w:p/>
    <w:p>
      <w:r>
        <w:rPr>
          <w:b/>
          <w:sz w:val="20"/>
        </w:rPr>
        <w:t>Confidencialidad y Protección de Datos:</w:t>
      </w:r>
    </w:p>
    <w:p>
      <w:r>
        <w:rPr>
          <w:b w:val="0"/>
          <w:sz w:val="20"/>
        </w:rPr>
        <w:t>El/la trabajador/a se compromete a mantener la confidencialidad sobre toda la información a la que tenga acceso con motivo del compromiso laboral, así como a cumplir con la normativa aplicable en materia de protección de datos personales.</w:t>
      </w:r>
    </w:p>
    <w:p/>
    <w:p>
      <w:r>
        <w:rPr>
          <w:b/>
          <w:sz w:val="20"/>
        </w:rPr>
        <w:t>Legislación Aplicable y Jurisdicción:</w:t>
      </w:r>
    </w:p>
    <w:p>
      <w:r>
        <w:rPr>
          <w:b w:val="0"/>
          <w:sz w:val="20"/>
        </w:rPr>
        <w:t>Para todo lo no previsto en esta carta compromiso, las partes se someten expresamente a la legislación laboral española vigente y a los tribunales competentes del domicilio de la empresa para la resolución de cualquier controversia que pudiera surgir.</w:t>
      </w:r>
    </w:p>
    <w:p/>
    <w:p/>
    <w:p>
      <w:r>
        <w:rPr>
          <w:b w:val="0"/>
          <w:sz w:val="20"/>
        </w:rPr>
        <w:t>Lugar : ______________________________________       Fecha : 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TRABAJADOR/A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https://laboral-lex.com/carta-compromiso-laboral/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carta-compromiso-laboral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