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CARTA DE CULMINACIÓN DE SERVICIOS</w:t>
      </w:r>
    </w:p>
    <w:p/>
    <w:p>
      <w:r>
        <w:rPr>
          <w:b w:val="0"/>
          <w:sz w:val="20"/>
        </w:rPr>
        <w:t>Por la presente, se hace constar que la empresa o persona contratante y el/la trabajador/a han concluido la relación laboral o de prestación de servicios según las condiciones acordadas.</w:t>
      </w:r>
    </w:p>
    <w:p/>
    <w:p>
      <w:r>
        <w:rPr>
          <w:b/>
          <w:sz w:val="20"/>
        </w:rPr>
        <w:t>Datos del Contratante:</w:t>
      </w:r>
    </w:p>
    <w:p>
      <w:r>
        <w:rPr>
          <w:b w:val="0"/>
          <w:sz w:val="20"/>
        </w:rPr>
        <w:t>Nombre o Razón Social : ________________________________________________</w:t>
      </w:r>
    </w:p>
    <w:p>
      <w:r>
        <w:rPr>
          <w:b w:val="0"/>
          <w:sz w:val="20"/>
        </w:rPr>
        <w:t>NIF/CIF : _______________________________________________________________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______________________________________________________________</w:t>
      </w:r>
    </w:p>
    <w:p/>
    <w:p>
      <w:r>
        <w:rPr>
          <w:b/>
          <w:sz w:val="20"/>
        </w:rPr>
        <w:t>Datos del Trabajador/Prestador de Servicios: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DNI/NIE : _______________________________________________________________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______________________________________________________________</w:t>
      </w:r>
    </w:p>
    <w:p/>
    <w:p>
      <w:r>
        <w:rPr>
          <w:b/>
          <w:sz w:val="20"/>
        </w:rPr>
        <w:t>Objeto de la Culminación:</w:t>
      </w:r>
    </w:p>
    <w:p>
      <w:r>
        <w:rPr>
          <w:b w:val="0"/>
          <w:sz w:val="20"/>
        </w:rPr>
        <w:t>Se certifica que el/la trabajador/a ha finalizado los servicios prestados para el/la contratante, habiendo cumplido con las obligaciones y funciones estipuladas en el contrato o acuerdo de prestación de servicios.</w:t>
      </w:r>
    </w:p>
    <w:p/>
    <w:p>
      <w:r>
        <w:rPr>
          <w:b/>
          <w:sz w:val="20"/>
        </w:rPr>
        <w:t>Detalles de la Relación Laboral o de Servicios:</w:t>
      </w:r>
    </w:p>
    <w:p>
      <w:r>
        <w:rPr>
          <w:b w:val="0"/>
          <w:sz w:val="20"/>
        </w:rPr>
        <w:t>Tipo de relación : ______________________________________________________</w:t>
      </w:r>
    </w:p>
    <w:p>
      <w:r>
        <w:rPr>
          <w:b w:val="0"/>
          <w:sz w:val="20"/>
        </w:rPr>
        <w:t>Fecha de inicio : _______________________________________________________</w:t>
      </w:r>
    </w:p>
    <w:p>
      <w:r>
        <w:rPr>
          <w:b w:val="0"/>
          <w:sz w:val="20"/>
        </w:rPr>
        <w:t>Fecha de finalización : _________________________________________________</w:t>
      </w:r>
    </w:p>
    <w:p>
      <w:r>
        <w:rPr>
          <w:b w:val="0"/>
          <w:sz w:val="20"/>
        </w:rPr>
        <w:t>Motivo de finalización : _________________________________________________</w:t>
      </w:r>
    </w:p>
    <w:p/>
    <w:p>
      <w:r>
        <w:rPr>
          <w:b/>
          <w:sz w:val="20"/>
        </w:rPr>
        <w:t>Cláusulas y Manifestaciones:</w:t>
      </w:r>
    </w:p>
    <w:p>
      <w:r>
        <w:rPr>
          <w:b w:val="0"/>
          <w:sz w:val="20"/>
        </w:rPr>
        <w:t>1. Ambas partes manifiestan que no existen cantidades pendientes de pago o reclamaciones económicas relacionadas con la relación laboral o de prestación de servicios.</w:t>
      </w:r>
    </w:p>
    <w:p/>
    <w:p>
      <w:r>
        <w:rPr>
          <w:b w:val="0"/>
          <w:sz w:val="20"/>
        </w:rPr>
        <w:t>2. El/la trabajador/a declara haber recibido la totalidad de las retribuciones, indemnizaciones y documentos legales derivados de la relación contractual.</w:t>
      </w:r>
    </w:p>
    <w:p/>
    <w:p>
      <w:r>
        <w:rPr>
          <w:b w:val="0"/>
          <w:sz w:val="20"/>
        </w:rPr>
        <w:t>3. El/la contratante se compromete a facilitar cualquier documentación adicional que pudiera ser requerida por las autoridades o entidades competentes.</w:t>
      </w:r>
    </w:p>
    <w:p/>
    <w:p>
      <w:r>
        <w:rPr>
          <w:b w:val="0"/>
          <w:sz w:val="20"/>
        </w:rPr>
        <w:t>4. Se da por finalizada la relación contractual sin que ninguna de las partes tenga reclamación o acción pendiente contra la otra, salvo las que pudieran derivarse por incumplimiento no detectado hasta la fecha.</w:t>
      </w:r>
    </w:p>
    <w:p/>
    <w:p>
      <w:r>
        <w:rPr>
          <w:b w:val="0"/>
          <w:sz w:val="20"/>
        </w:rPr>
        <w:t>Lugar : ____________________________    Fecha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CONTRATANTE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TRABAJADOR/A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https://laboral-lex.com/carta-de-culminacion-de-servicios/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https://laboral-lex.com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laboral-lex.com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aboral-lex.com/carta-de-culminacion-de-servicios/" TargetMode="External"/><Relationship Id="rId10" Type="http://schemas.openxmlformats.org/officeDocument/2006/relationships/hyperlink" Target="https://laboral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