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RENUNCIA POR MOTIVOS PERSONALES</w:t>
      </w:r>
    </w:p>
    <w:p/>
    <w:p/>
    <w:p>
      <w:r>
        <w:rPr>
          <w:b/>
          <w:sz w:val="20"/>
        </w:rPr>
        <w:t>A la atención de</w:t>
      </w:r>
    </w:p>
    <w:p>
      <w:r>
        <w:rPr>
          <w:b w:val="0"/>
          <w:sz w:val="20"/>
        </w:rPr>
        <w:t>Departamento de Recursos Humanos</w:t>
      </w:r>
    </w:p>
    <w:p>
      <w:r>
        <w:rPr>
          <w:b w:val="0"/>
          <w:sz w:val="20"/>
        </w:rPr>
        <w:t>Nombre de la Empresa</w:t>
      </w:r>
    </w:p>
    <w:p>
      <w:r>
        <w:rPr>
          <w:b w:val="0"/>
          <w:sz w:val="20"/>
        </w:rPr>
        <w:t>Dirección de la Empresa</w:t>
      </w:r>
    </w:p>
    <w:p/>
    <w:p/>
    <w:p>
      <w:r>
        <w:rPr>
          <w:b w:val="0"/>
          <w:sz w:val="20"/>
        </w:rPr>
        <w:t>Estimados señores:</w:t>
      </w:r>
    </w:p>
    <w:p/>
    <w:p>
      <w:r>
        <w:rPr>
          <w:b w:val="0"/>
          <w:sz w:val="20"/>
        </w:rPr>
        <w:t>Por medio de la presente, y con el debido respeto, comunico mi decisión irrevocable de renunciar a mi puesto de trabajo en esta empresa por motivos personales que me impiden continuar desempeñando mis funciones con la debida dedicación y responsabilidad.</w:t>
      </w:r>
    </w:p>
    <w:p/>
    <w:p>
      <w:r>
        <w:rPr>
          <w:b w:val="0"/>
          <w:sz w:val="20"/>
        </w:rPr>
        <w:t>Agradezco sinceramente la oportunidad brindada durante el tiempo que he formado parte de esta organización y todo lo aprendido en el desempeño de mis responsabilidades.</w:t>
      </w:r>
    </w:p>
    <w:p/>
    <w:p>
      <w:r>
        <w:rPr>
          <w:b w:val="0"/>
          <w:sz w:val="20"/>
        </w:rPr>
        <w:t>Solicito que mi renuncia sea efectiva conforme a los plazos establecidos en el convenio colectivo y en la legislación laboral vigente, quedando a disposición para facilitar la transición y entrega de responsabilidades.</w:t>
      </w:r>
    </w:p>
    <w:p/>
    <w:p/>
    <w:p>
      <w:r>
        <w:rPr>
          <w:b w:val="0"/>
          <w:sz w:val="20"/>
        </w:rPr>
        <w:t>Sin otro particular, les saluda atentamente,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: 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 : 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DNI / NIE : _________________________</w:t>
            </w:r>
          </w:p>
        </w:tc>
      </w:tr>
    </w:tbl>
    <w:p/>
    <w:p/>
    <w:p>
      <w:r>
        <w:rPr>
          <w:b w:val="0"/>
          <w:sz w:val="20"/>
        </w:rPr>
        <w:t>Lugar : ____________________________</w:t>
      </w:r>
    </w:p>
    <w:p>
      <w:r>
        <w:rPr>
          <w:b w:val="0"/>
          <w:sz w:val="20"/>
        </w:rPr>
        <w:t>Fecha 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https://laboral-lex.com/carta-de-renuncia-por-motivos-personales/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carta-de-renuncia-por-motivos-personales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