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CARTA DE DESPIDO POR PÉRDIDA DE CONFIANZA</w:t>
      </w:r>
    </w:p>
    <w:p/>
    <w:p/>
    <w:p>
      <w:r>
        <w:rPr>
          <w:b w:val="0"/>
          <w:sz w:val="20"/>
        </w:rPr>
        <w:t>A la atención de:</w:t>
      </w:r>
    </w:p>
    <w:p>
      <w:r>
        <w:rPr>
          <w:b w:val="0"/>
          <w:sz w:val="20"/>
        </w:rPr>
        <w:t>Nombre y Apellidos: ____________________________________________</w:t>
      </w:r>
    </w:p>
    <w:p>
      <w:r>
        <w:rPr>
          <w:b w:val="0"/>
          <w:sz w:val="20"/>
        </w:rPr>
        <w:t>DNI/NIE: _________________________________________________________</w:t>
      </w:r>
    </w:p>
    <w:p>
      <w:r>
        <w:rPr>
          <w:b w:val="0"/>
          <w:sz w:val="20"/>
        </w:rPr>
        <w:t>Domicilio: ________________________________________________________</w:t>
      </w:r>
    </w:p>
    <w:p/>
    <w:p/>
    <w:p>
      <w:r>
        <w:rPr>
          <w:b w:val="0"/>
          <w:sz w:val="20"/>
        </w:rPr>
        <w:t>Estimado/a Sr./Sra.,</w:t>
      </w:r>
    </w:p>
    <w:p/>
    <w:p>
      <w:r>
        <w:rPr>
          <w:b w:val="0"/>
          <w:sz w:val="20"/>
        </w:rPr>
        <w:t>Por la presente, y en ejercicio de las facultades que me corresponden como empleador/a del servicio doméstico, le comunico la decisión de extinguir la relación laboral que nos une, debido a una pérdida de confianza que considero justificada y suficiente para proceder con el despido disciplinario.</w:t>
      </w:r>
    </w:p>
    <w:p/>
    <w:p>
      <w:r>
        <w:rPr>
          <w:b w:val="0"/>
          <w:sz w:val="20"/>
        </w:rPr>
        <w:t>Esta decisión se fundamenta en hechos concretos que han menoscabado gravemente la confianza necesaria para la continuidad de la relación laboral, tales como (describir brevemente los hechos que motivan el despido). Dichos hechos han sido debidamente valorados y considerados incompatibles con la continuidad de su prestación laboral en el domicilio familiar.</w:t>
      </w:r>
    </w:p>
    <w:p/>
    <w:p>
      <w:r>
        <w:rPr>
          <w:b w:val="0"/>
          <w:sz w:val="20"/>
        </w:rPr>
        <w:t>En virtud de lo anterior, y conforme al artículo 54 del Estatuto de los Trabajadores y la normativa aplicable al servicio del hogar familiar, se le notifica la extinción de su contrato con efecto inmediato.</w:t>
      </w:r>
    </w:p>
    <w:p/>
    <w:p>
      <w:r>
        <w:rPr>
          <w:b w:val="0"/>
          <w:sz w:val="20"/>
        </w:rPr>
        <w:t>Le informo asimismo que tiene derecho a recibir la liquidación correspondiente, que incluirá las cantidades adeudadas hasta la fecha de extinción, incluyendo salarios, parte proporcional de pagas extraordinarias y vacaciones no disfrutadas, así como el certificado de empresa y el finiquito que oportunamente le haré entrega.</w:t>
      </w:r>
    </w:p>
    <w:p/>
    <w:p>
      <w:r>
        <w:rPr>
          <w:b w:val="0"/>
          <w:sz w:val="20"/>
        </w:rPr>
        <w:t>Puede dirigirse a mí para cualquier aclaración o trámite relacionado con esta comunicación.</w:t>
      </w:r>
    </w:p>
    <w:p/>
    <w:p/>
    <w:p>
      <w:r>
        <w:rPr>
          <w:b w:val="0"/>
          <w:sz w:val="20"/>
        </w:rPr>
        <w:t>Atentamente,</w:t>
      </w:r>
    </w:p>
    <w:p/>
    <w:p/>
    <w:p/>
    <w:p>
      <w:r>
        <w:rPr>
          <w:b w:val="0"/>
          <w:sz w:val="20"/>
        </w:rPr>
        <w:t>Firma del empleador/a: ________________________________</w:t>
      </w:r>
    </w:p>
    <w:p/>
    <w:p/>
    <w:p>
      <w:r>
        <w:rPr>
          <w:b w:val="0"/>
          <w:sz w:val="20"/>
        </w:rPr>
        <w:t>Firma de la empleada del hogar (acuso de recibo):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EMPLEADOR/A</w:t>
            </w:r>
          </w:p>
        </w:tc>
        <w:tc>
          <w:tcPr>
            <w:tcW w:type="dxa" w:w="4986"/>
            <w:tcBorders>
              <w:top w:val="nil"/>
              <w:left w:val="nil"/>
              <w:bottom w:val="nil"/>
              <w:right w:val="nil"/>
              <w:insideH w:val="nil"/>
              <w:insideV w:val="nil"/>
            </w:tcBorders>
          </w:tcPr>
          <w:p>
            <w:pPr>
              <w:jc w:val="center"/>
            </w:pPr>
            <w:r>
              <w:t>EMPLEADA DEL HOGAR</w:t>
            </w:r>
          </w:p>
        </w:tc>
      </w:tr>
      <w:tr>
        <w:tc>
          <w:tcPr>
            <w:tcW w:type="dxa" w:w="4986"/>
            <w:tcBorders>
              <w:top w:val="nil"/>
              <w:left w:val="nil"/>
              <w:bottom w:val="nil"/>
              <w:right w:val="nil"/>
              <w:insideH w:val="nil"/>
              <w:insideV w:val="nil"/>
            </w:tcBorders>
          </w:tcPr>
          <w:p>
            <w:pPr>
              <w:jc w:val="center"/>
            </w:pPr>
            <w:r>
              <w:br/>
              <w:br/>
              <w:t>Firma: ___________________________</w:t>
            </w:r>
          </w:p>
        </w:tc>
        <w:tc>
          <w:tcPr>
            <w:tcW w:type="dxa" w:w="4986"/>
            <w:tcBorders>
              <w:top w:val="nil"/>
              <w:left w:val="nil"/>
              <w:bottom w:val="nil"/>
              <w:right w:val="nil"/>
              <w:insideH w:val="nil"/>
              <w:insideV w:val="nil"/>
            </w:tcBorders>
          </w:tcPr>
          <w:p>
            <w:pPr>
              <w:jc w:val="center"/>
            </w:pPr>
            <w:r>
              <w:br/>
              <w:br/>
              <w:t>Firma: ___________________________</w:t>
            </w:r>
          </w:p>
        </w:tc>
      </w:tr>
      <w:tr>
        <w:tc>
          <w:tcPr>
            <w:tcW w:type="dxa" w:w="4986"/>
            <w:tcBorders>
              <w:top w:val="nil"/>
              <w:left w:val="nil"/>
              <w:bottom w:val="nil"/>
              <w:right w:val="nil"/>
              <w:insideH w:val="nil"/>
              <w:insideV w:val="nil"/>
            </w:tcBorders>
          </w:tcPr>
          <w:p>
            <w:pPr>
              <w:jc w:val="center"/>
            </w:pPr>
            <w:r>
              <w:t>Nombre: __________________________</w:t>
            </w:r>
          </w:p>
        </w:tc>
        <w:tc>
          <w:tcPr>
            <w:tcW w:type="dxa" w:w="4986"/>
            <w:tcBorders>
              <w:top w:val="nil"/>
              <w:left w:val="nil"/>
              <w:bottom w:val="nil"/>
              <w:right w:val="nil"/>
              <w:insideH w:val="nil"/>
              <w:insideV w:val="nil"/>
            </w:tcBorders>
          </w:tcPr>
          <w:p>
            <w:pPr>
              <w:jc w:val="center"/>
            </w:pPr>
            <w:r>
              <w:t>Nombre: 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https://laboral-lex.com/carta-despido-perdida-confianza-empleada-hogar/</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https://laboral-lex.com</w:t>
        </w:r>
      </w:hyperlink>
    </w:p>
    <w:p>
      <w:pPr>
        <w:jc w:val="center"/>
      </w:pPr>
      <w:r>
        <w:rPr>
          <w:color w:val="808080"/>
          <w:sz w:val="20"/>
        </w:rPr>
        <w:t>Esta plantilla está destinada exclusivamente para uso personal y no comercial.</w:t>
        <w:br/>
        <w:t>En caso de distribución o publicación, es obligatorio mencionar la fuente. © laboral-lex.com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oral-lex.com/carta-despido-perdida-confianza-empleada-hogar/" TargetMode="External"/><Relationship Id="rId10" Type="http://schemas.openxmlformats.org/officeDocument/2006/relationships/hyperlink" Target="https://laboral-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