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CERTIFICADO DE EXPERIENCIA LABORAL</w:t>
      </w:r>
    </w:p>
    <w:p/>
    <w:p/>
    <w:p>
      <w:r>
        <w:rPr>
          <w:b w:val="0"/>
          <w:sz w:val="20"/>
        </w:rPr>
        <w:t>D./Dña. _______________________________, con DNI nº ___________________, en calidad de representante legal de la empresa ________________________________, con CIF ____________________________, y domicilio social en ________________________________, CERTIFICA que:</w:t>
      </w:r>
    </w:p>
    <w:p/>
    <w:p>
      <w:r>
        <w:rPr>
          <w:b/>
          <w:sz w:val="20"/>
        </w:rPr>
        <w:t>Datos del trabajador :</w:t>
      </w:r>
    </w:p>
    <w:p>
      <w:r>
        <w:rPr>
          <w:b w:val="0"/>
          <w:sz w:val="20"/>
        </w:rPr>
        <w:t>Nombre y Apellidos : ______________________________________________</w:t>
      </w:r>
    </w:p>
    <w:p>
      <w:r>
        <w:rPr>
          <w:b w:val="0"/>
          <w:sz w:val="20"/>
        </w:rPr>
        <w:t>DNI/NIE : _________________________________________________________</w:t>
      </w:r>
    </w:p>
    <w:p>
      <w:r>
        <w:rPr>
          <w:b w:val="0"/>
          <w:sz w:val="20"/>
        </w:rPr>
        <w:t>Cargo desempeñado : ________________________________________________</w:t>
      </w:r>
    </w:p>
    <w:p>
      <w:r>
        <w:rPr>
          <w:b w:val="0"/>
          <w:sz w:val="20"/>
        </w:rPr>
        <w:t>Departamento/Área : ________________________________________________</w:t>
      </w:r>
    </w:p>
    <w:p/>
    <w:p>
      <w:r>
        <w:rPr>
          <w:b w:val="0"/>
          <w:sz w:val="20"/>
        </w:rPr>
        <w:t>Durante el periodo comprendido entre ________________ y ________________, ha prestado servicios para esta empresa en régimen de contrato laboral, desarrollando las funciones y responsabilidades inherentes al mencionado cargo, con cumplimiento de sus obligaciones y buena conducta profesional.</w:t>
      </w:r>
    </w:p>
    <w:p/>
    <w:p>
      <w:r>
        <w:rPr>
          <w:b/>
          <w:sz w:val="20"/>
        </w:rPr>
        <w:t>Funciones desempeñadas 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 w:val="0"/>
          <w:sz w:val="20"/>
        </w:rPr>
        <w:t>El trabajador ha cumplido con sus obligaciones contractuales de manera satisfactoria, demostrando aptitudes y competencias acordes con el puesto desempeñado.</w:t>
      </w:r>
    </w:p>
    <w:p/>
    <w:p>
      <w:r>
        <w:rPr>
          <w:b w:val="0"/>
          <w:sz w:val="20"/>
        </w:rPr>
        <w:t>El presente certificado se expide a solicitud del interesado y para los usos que estime convenientes, sin que constituya reconocimiento de derecho distinto al establecido en la normativa laboral vigente.</w:t>
      </w:r>
    </w:p>
    <w:p/>
    <w:p/>
    <w:p>
      <w:r>
        <w:rPr>
          <w:b w:val="0"/>
          <w:sz w:val="20"/>
        </w:rPr>
        <w:t>Lugar y fecha de expedición : 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y sello de la empresa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trabajador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cargo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Apellidos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https://laboral-lex.com/certificado-de-experiencia-laboral-ejemplo/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https://laboral-lex.com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laboral-lex.com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aboral-lex.com/certificado-de-experiencia-laboral-ejemplo/" TargetMode="External"/><Relationship Id="rId10" Type="http://schemas.openxmlformats.org/officeDocument/2006/relationships/hyperlink" Target="https://laboral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