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CERTIFICADO DE TRABAJO DE EMPLEADA DOMÉSTICA</w:t>
      </w:r>
    </w:p>
    <w:p/>
    <w:p/>
    <w:p>
      <w:r>
        <w:rPr>
          <w:b w:val="0"/>
          <w:sz w:val="20"/>
        </w:rPr>
        <w:t>Por medio del presente certificado, se hace constar que la Sra. ____________________________________________, con DNI/NIE _______________________, ha prestado servicios como empleada doméstica en el domicilio del/la Sr./Sra. _______________________________________________________, con DNI/NIE _______________________, ubicado en ________________________________________________________, durante el período indicado a continuación.</w:t>
      </w:r>
    </w:p>
    <w:p/>
    <w:p>
      <w:r>
        <w:rPr>
          <w:b/>
          <w:sz w:val="20"/>
        </w:rPr>
        <w:t>Datos del Servicio Prestado:</w:t>
      </w:r>
    </w:p>
    <w:p>
      <w:r>
        <w:rPr>
          <w:b w:val="0"/>
          <w:sz w:val="20"/>
        </w:rPr>
        <w:t>Cargo desempeñado: Empleada Doméstica</w:t>
      </w:r>
    </w:p>
    <w:p>
      <w:r>
        <w:rPr>
          <w:b w:val="0"/>
          <w:sz w:val="20"/>
        </w:rPr>
        <w:t>Inicio de la relación laboral: ____________________________________________</w:t>
      </w:r>
    </w:p>
    <w:p>
      <w:r>
        <w:rPr>
          <w:b w:val="0"/>
          <w:sz w:val="20"/>
        </w:rPr>
        <w:t>Finalización de la relación laboral: ______________________________________</w:t>
      </w:r>
    </w:p>
    <w:p>
      <w:r>
        <w:rPr>
          <w:b w:val="0"/>
          <w:sz w:val="20"/>
        </w:rPr>
        <w:t>Duración total del contrato: ______________________________________________</w:t>
      </w:r>
    </w:p>
    <w:p>
      <w:r>
        <w:rPr>
          <w:b w:val="0"/>
          <w:sz w:val="20"/>
        </w:rPr>
        <w:t>Jornada laboral: __________________________________________________________</w:t>
      </w:r>
    </w:p>
    <w:p>
      <w:r>
        <w:rPr>
          <w:b/>
          <w:sz w:val="20"/>
        </w:rPr>
        <w:t>Descripción de funciones y tareas realizadas:</w:t>
      </w:r>
    </w:p>
    <w:p>
      <w:r>
        <w:rPr>
          <w:b w:val="0"/>
          <w:sz w:val="20"/>
        </w:rPr>
        <w:t>Limpieza y mantenimiento del hogar, cuidado y atención de personas, preparación de comidas, labores de planchado y otras tareas propias del servicio doméstico, según lo acordado con el empleador.</w:t>
      </w:r>
    </w:p>
    <w:p/>
    <w:p>
      <w:r>
        <w:rPr>
          <w:b w:val="0"/>
          <w:sz w:val="20"/>
        </w:rPr>
        <w:t>Este certificado se expide a petición de la interesada para los usos que estime oportunos y en cumplimiento de la normativa vigente en materia de empleo doméstico en España.</w:t>
      </w:r>
    </w:p>
    <w:p/>
    <w:p>
      <w:r>
        <w:rPr>
          <w:b w:val="0"/>
          <w:sz w:val="20"/>
        </w:rPr>
        <w:t>El/la empleador/a declara que la trabajadora ha desempeñado sus funciones con diligencia, responsabilidad y respeto conforme a lo pactado, sin que consten sanciones ni incidencias disciplinarias relevantes durante la vigencia de la relación laboral.</w:t>
      </w:r>
    </w:p>
    <w:p/>
    <w:p/>
    <w:p>
      <w:r>
        <w:rPr>
          <w:b w:val="0"/>
          <w:sz w:val="20"/>
        </w:rPr>
        <w:t>Lugar : ______________________________________    Fecha : 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Empleador/a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 la Empleada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Apellidos: 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Apellidos: 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https://laboral-lex.com/certificado-de-trabajo-empleada-domestica/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https://laboral-lex.com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laboral-lex.com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aboral-lex.com/certificado-de-trabajo-empleada-domestica/" TargetMode="External"/><Relationship Id="rId10" Type="http://schemas.openxmlformats.org/officeDocument/2006/relationships/hyperlink" Target="https://laboral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