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JUSTIFICANTE DE ASISTENCIA A ENTREVISTA DE TRABAJO</w:t>
      </w:r>
    </w:p>
    <w:p/>
    <w:p>
      <w:r>
        <w:rPr>
          <w:b w:val="0"/>
          <w:sz w:val="20"/>
        </w:rPr>
        <w:t>Empresa : 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</w:t>
      </w:r>
    </w:p>
    <w:p/>
    <w:p>
      <w:r>
        <w:rPr>
          <w:b/>
          <w:sz w:val="20"/>
        </w:rPr>
        <w:t>Datos del Candidato 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 w:val="0"/>
          <w:sz w:val="20"/>
        </w:rPr>
        <w:t>Por la presente, se certifica que el/la Sr./Sra. _____________________________ ha asistido a una entrevista de trabajo en esta empresa para el puesto de __________________________________________________.</w:t>
      </w:r>
    </w:p>
    <w:p/>
    <w:p>
      <w:r>
        <w:rPr>
          <w:b w:val="0"/>
          <w:sz w:val="20"/>
        </w:rPr>
        <w:t>Dicha entrevista se desarrolló conforme a lo previsto, siendo valoradas por ambas partes las condiciones de posible contratación. La empresa manifiesta su compromiso de mantener la confidencialidad sobre los datos aportados por el candidato y la información intercambiada durante la entrevista.</w:t>
      </w:r>
    </w:p>
    <w:p/>
    <w:p>
      <w:r>
        <w:rPr>
          <w:b/>
          <w:sz w:val="20"/>
        </w:rPr>
        <w:t>Cláusula 1 – Finalidad del justificante</w:t>
      </w:r>
    </w:p>
    <w:p>
      <w:r>
        <w:rPr>
          <w:b w:val="0"/>
          <w:sz w:val="20"/>
        </w:rPr>
        <w:t>Este documento acredita exclusivamente la asistencia del candidato a la entrevista de trabajo citada y no implica obligación alguna de contratación ni establecimiento de relación laboral por parte de la empresa.</w:t>
      </w:r>
    </w:p>
    <w:p/>
    <w:p>
      <w:r>
        <w:rPr>
          <w:b/>
          <w:sz w:val="20"/>
        </w:rPr>
        <w:t>Cláusula 2 – Protección de datos</w:t>
      </w:r>
    </w:p>
    <w:p>
      <w:r>
        <w:rPr>
          <w:b w:val="0"/>
          <w:sz w:val="20"/>
        </w:rPr>
        <w:t>La empresa tratará los datos personales del candidato con arreglo a lo previsto en el Reglamento General de Protección de Datos (RGPD) y la normativa española aplicable, exclusivamente para los fines vinculados al proceso de selección.</w:t>
      </w:r>
    </w:p>
    <w:p/>
    <w:p>
      <w:r>
        <w:rPr>
          <w:b/>
          <w:sz w:val="20"/>
        </w:rPr>
        <w:t>Cláusula 3 – Duración y validez</w:t>
      </w:r>
    </w:p>
    <w:p>
      <w:r>
        <w:rPr>
          <w:b w:val="0"/>
          <w:sz w:val="20"/>
        </w:rPr>
        <w:t>El presente justificante será válido únicamente para acreditar la asistencia a la entrevista descrita y podrá ser presentado ante los organismos o entidades que el candidato estime oportuno.</w:t>
      </w:r>
    </w:p>
    <w:p/>
    <w:p>
      <w:r>
        <w:rPr>
          <w:b w:val="0"/>
          <w:sz w:val="20"/>
        </w:rPr>
        <w:t>Lugar y fecha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Por la Empresa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Candidato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https://laboral-lex.com/justificante-entrevista-de-trabajo/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justificante-entrevista-de-trabajo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