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AUTORIZACIÓN PARA EL ENVÍO DE NÓMINAS POR EMAIL</w:t>
      </w:r>
    </w:p>
    <w:p/>
    <w:p>
      <w:r>
        <w:rPr>
          <w:b w:val="0"/>
          <w:sz w:val="20"/>
        </w:rPr>
        <w:t xml:space="preserve">Yo, ____________________________________________, con DNI número ______________________, </w:t>
      </w:r>
    </w:p>
    <w:p>
      <w:r>
        <w:rPr>
          <w:b w:val="0"/>
          <w:sz w:val="20"/>
        </w:rPr>
        <w:t>en mi calidad de trabajador/a de la empresa _________________________________, con CIF ________________________, autorizo expresamente a dicha empresa al envío de mis nóminas y documentos relacionados con la gestión laboral y de recursos humanos a la siguiente dirección de correo electrónico personal:</w:t>
      </w:r>
    </w:p>
    <w:p/>
    <w:p>
      <w:r>
        <w:rPr>
          <w:b w:val="0"/>
          <w:sz w:val="20"/>
        </w:rPr>
        <w:t>Correo electrónico : _____________________________________________________________</w:t>
      </w:r>
    </w:p>
    <w:p/>
    <w:p>
      <w:r>
        <w:rPr>
          <w:b/>
          <w:sz w:val="20"/>
        </w:rPr>
        <w:t>DECLARO:</w:t>
      </w:r>
    </w:p>
    <w:p>
      <w:r>
        <w:rPr>
          <w:b w:val="0"/>
          <w:sz w:val="20"/>
        </w:rPr>
        <w:t>1. Que la dirección de correo electrónico facilitada es personal, exclusiva y de uso privado.</w:t>
      </w:r>
    </w:p>
    <w:p>
      <w:r>
        <w:rPr>
          <w:b w:val="0"/>
          <w:sz w:val="20"/>
        </w:rPr>
        <w:t>2. Que soy consciente de los riesgos inherentes al envío de información confidencial mediante correo electrónico y acepto asumirlos.</w:t>
      </w:r>
    </w:p>
    <w:p>
      <w:r>
        <w:rPr>
          <w:b w:val="0"/>
          <w:sz w:val="20"/>
        </w:rPr>
        <w:t>3. Que esta autorización puede ser revocada en cualquier momento mediante comunicación escrita a la empresa.</w:t>
      </w:r>
    </w:p>
    <w:p/>
    <w:p>
      <w:r>
        <w:rPr>
          <w:b w:val="0"/>
          <w:sz w:val="20"/>
        </w:rPr>
        <w:t>La empresa se compromete a adoptar las medidas de seguridad necesarias para garantizar la confidencialidad y protección de mis datos personales conforme a la normativa vigente en materia de protección de datos.</w:t>
      </w:r>
    </w:p>
    <w:p/>
    <w:p>
      <w:r>
        <w:rPr>
          <w:b w:val="0"/>
          <w:sz w:val="20"/>
        </w:rPr>
        <w:t>Sin otro particular, y para que conste, firmo la presente autorización: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Lugar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trabajador/a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https://laboral-lex.com/modelo-autorizacion-envio-nominas-por-email/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autorizacion-envio-nominas-por-email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