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VACACIONES DISFRUTADAS</w:t>
      </w:r>
    </w:p>
    <w:p/>
    <w:p/>
    <w:p>
      <w:r>
        <w:rPr>
          <w:b/>
          <w:sz w:val="20"/>
        </w:rPr>
        <w:t>Datos del trabajador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Nº Documento de Identidad : __________________________________________</w:t>
      </w:r>
    </w:p>
    <w:p>
      <w:r>
        <w:rPr>
          <w:b w:val="0"/>
          <w:sz w:val="20"/>
        </w:rPr>
        <w:t>Departamento/Sección : _______________________________________________</w:t>
      </w:r>
    </w:p>
    <w:p>
      <w:r>
        <w:rPr>
          <w:b w:val="0"/>
          <w:sz w:val="20"/>
        </w:rPr>
        <w:t>Puesto de trabajo : _________________________________________________</w:t>
      </w:r>
    </w:p>
    <w:p/>
    <w:p>
      <w:r>
        <w:rPr>
          <w:b/>
          <w:sz w:val="20"/>
        </w:rPr>
        <w:t>Datos de la empresa :</w:t>
      </w:r>
    </w:p>
    <w:p>
      <w:r>
        <w:rPr>
          <w:b w:val="0"/>
          <w:sz w:val="20"/>
        </w:rPr>
        <w:t>Nombre o Razón Social : _____________________________________________</w:t>
      </w:r>
    </w:p>
    <w:p>
      <w:r>
        <w:rPr>
          <w:b w:val="0"/>
          <w:sz w:val="20"/>
        </w:rPr>
        <w:t>Domicilio social : _________________________________________________</w:t>
      </w:r>
    </w:p>
    <w:p>
      <w:r>
        <w:rPr>
          <w:b w:val="0"/>
          <w:sz w:val="20"/>
        </w:rPr>
        <w:t>NIF/CIF : _________________________________________________________</w:t>
      </w:r>
    </w:p>
    <w:p/>
    <w:p>
      <w:r>
        <w:rPr>
          <w:b/>
          <w:sz w:val="20"/>
        </w:rPr>
        <w:t>A la atención del Departamento de Recursos Humanos,</w:t>
      </w:r>
    </w:p>
    <w:p/>
    <w:p>
      <w:r>
        <w:rPr>
          <w:b w:val="0"/>
          <w:sz w:val="20"/>
        </w:rPr>
        <w:t>Por la presente, yo, el/la abajo firmante, comunico que he disfrutado del período de vacaciones correspondiente al año laboral en curso, conforme a lo establecido en el convenio colectivo y la normativa vigente.</w:t>
      </w:r>
    </w:p>
    <w:p/>
    <w:p>
      <w:r>
        <w:rPr>
          <w:b/>
          <w:sz w:val="20"/>
        </w:rPr>
        <w:t>Detalles de las vacaciones disfrutadas :</w:t>
      </w:r>
    </w:p>
    <w:p>
      <w:r>
        <w:rPr>
          <w:b w:val="0"/>
          <w:sz w:val="20"/>
        </w:rPr>
        <w:t>Periodo de inicio : _________________________________________________</w:t>
      </w:r>
    </w:p>
    <w:p>
      <w:r>
        <w:rPr>
          <w:b w:val="0"/>
          <w:sz w:val="20"/>
        </w:rPr>
        <w:t>Periodo de finalización : ___________________________________________</w:t>
      </w:r>
    </w:p>
    <w:p>
      <w:r>
        <w:rPr>
          <w:b w:val="0"/>
          <w:sz w:val="20"/>
        </w:rPr>
        <w:t>Número total de días disfrutados : __________________________________</w:t>
      </w:r>
    </w:p>
    <w:p/>
    <w:p>
      <w:r>
        <w:rPr>
          <w:b w:val="0"/>
          <w:sz w:val="20"/>
        </w:rPr>
        <w:t>Declaro que durante este período me he ausentado de mis responsabilidades laborales y que la empresa ha contado con mi conformidad en relación al disfrute de las vacaciones mencionadas.</w:t>
      </w:r>
    </w:p>
    <w:p/>
    <w:p>
      <w:r>
        <w:rPr>
          <w:b w:val="0"/>
          <w:sz w:val="20"/>
        </w:rPr>
        <w:t>Asimismo, solicito que se proceda a la actualización correspondiente en mis registros laborales y de nómina, conforme a lo establecido en el artículo 38 del Estatuto de los Trabajadores y demás legislación aplicable.</w:t>
      </w:r>
    </w:p>
    <w:p/>
    <w:p/>
    <w:p>
      <w:r>
        <w:rPr>
          <w:b/>
          <w:sz w:val="20"/>
        </w:rPr>
        <w:t>Fundamentos legales :</w:t>
      </w:r>
    </w:p>
    <w:p>
      <w:r>
        <w:rPr>
          <w:b w:val="0"/>
          <w:sz w:val="20"/>
        </w:rPr>
        <w:t>De acuerdo con lo dispuesto en el artículo 38 del Estatuto de los Trabajadores y el Real Decreto 1620/2011, relativo a la regulación del permiso retribuido por vacaciones, se reconoce el derecho del trabajador a disfrutar de un período mínimo de vacaciones anuales retribuidas, cuya duración, distribución y disfrute serán pactados entre empresa y trabajador.</w:t>
      </w:r>
    </w:p>
    <w:p/>
    <w:p>
      <w:r>
        <w:rPr>
          <w:b w:val="0"/>
          <w:sz w:val="20"/>
        </w:rPr>
        <w:t>En caso de discrepancias o dudas referentes al disfrute de las vacaciones, se estará a lo dispuesto en el convenio colectivo aplicable y la normativa vigente en materia laboral y de seguridad social.</w:t>
      </w:r>
    </w:p>
    <w:p/>
    <w:p/>
    <w:p>
      <w:r>
        <w:rPr>
          <w:b w:val="0"/>
          <w:sz w:val="20"/>
        </w:rPr>
        <w:t>En ____________________________, a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trabajador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la empresa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  <w:br/>
              <w:t>Nombre y Apellidos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  <w:br/>
              <w:t>Nombre y Apellidos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https://laboral-lex.com/modelo-carta-de-vacaciones-disfrutadas/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carta-de-vacaciones-disfrutadas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