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CARTA DE DESPIDO FIJO DISCONTINUO</w:t>
      </w:r>
    </w:p>
    <w:p/>
    <w:p/>
    <w:p>
      <w:r>
        <w:rPr>
          <w:b/>
          <w:sz w:val="20"/>
        </w:rPr>
        <w:t>Datos de la Empresa :</w:t>
      </w:r>
    </w:p>
    <w:p>
      <w:r>
        <w:rPr>
          <w:b w:val="0"/>
          <w:sz w:val="20"/>
        </w:rPr>
        <w:t>Nombre o Razón Social : ________________________________________________</w:t>
      </w:r>
    </w:p>
    <w:p>
      <w:r>
        <w:rPr>
          <w:b w:val="0"/>
          <w:sz w:val="20"/>
        </w:rPr>
        <w:t>Domicilio Social : ______________________________________________________</w:t>
      </w:r>
    </w:p>
    <w:p>
      <w:r>
        <w:rPr>
          <w:b w:val="0"/>
          <w:sz w:val="20"/>
        </w:rPr>
        <w:t>CIF/NIF : _______________________________________________________________</w:t>
      </w:r>
    </w:p>
    <w:p/>
    <w:p>
      <w:r>
        <w:rPr>
          <w:b/>
          <w:sz w:val="20"/>
        </w:rPr>
        <w:t>Datos del Trabajador :</w:t>
      </w:r>
    </w:p>
    <w:p>
      <w:r>
        <w:rPr>
          <w:b w:val="0"/>
          <w:sz w:val="20"/>
        </w:rPr>
        <w:t>Nombre y Apellidos : ___________________________________________________</w:t>
      </w:r>
    </w:p>
    <w:p>
      <w:r>
        <w:rPr>
          <w:b w:val="0"/>
          <w:sz w:val="20"/>
        </w:rPr>
        <w:t>DNI/NIE : ______________________________________________________________</w:t>
      </w:r>
    </w:p>
    <w:p>
      <w:r>
        <w:rPr>
          <w:b w:val="0"/>
          <w:sz w:val="20"/>
        </w:rPr>
        <w:t>Puesto de Trabajo : ____________________________________________________</w:t>
      </w:r>
    </w:p>
    <w:p>
      <w:r>
        <w:rPr>
          <w:b w:val="0"/>
          <w:sz w:val="20"/>
        </w:rPr>
        <w:t>Departamento : _________________________________________________________</w:t>
      </w:r>
    </w:p>
    <w:p/>
    <w:p>
      <w:r>
        <w:rPr>
          <w:b w:val="0"/>
          <w:sz w:val="20"/>
        </w:rPr>
        <w:t>Estimado/a Sr./Sra.,</w:t>
      </w:r>
    </w:p>
    <w:p/>
    <w:p>
      <w:r>
        <w:rPr>
          <w:b w:val="0"/>
          <w:sz w:val="20"/>
        </w:rPr>
        <w:t>Por medio de la presente, y en uso de las facultades que me confiere la legislación laboral vigente, le notificamos la decisión de extinguir la relación laboral que le une con esta empresa en virtud del contrato de trabajo de carácter fijo discontinuo, conforme a lo establecido en el artículo 16 del Estatuto de los Trabajadores.</w:t>
      </w:r>
    </w:p>
    <w:p/>
    <w:p>
      <w:r>
        <w:rPr>
          <w:b w:val="0"/>
          <w:sz w:val="20"/>
        </w:rPr>
        <w:t>La extinción se fundamenta en las causas objetivas previstas en el convenio colectivo de aplicación y/o en la situación económica, técnica, organizativa o de producción que justifica dicha decisión, sin que ello implica reconocimiento alguno de responsabilidad que pudiera ser objeto de reclamación en vía administrativa o judicial.</w:t>
      </w:r>
    </w:p>
    <w:p/>
    <w:p>
      <w:r>
        <w:rPr>
          <w:b w:val="0"/>
          <w:sz w:val="20"/>
        </w:rPr>
        <w:t>Le informamos que la extinción producida tendrá efectos a partir del día ____________________, fecha en la que cesarán sus funciones y obligaciones laborales con la empresa.</w:t>
      </w:r>
    </w:p>
    <w:p/>
    <w:p>
      <w:r>
        <w:rPr>
          <w:b w:val="0"/>
          <w:sz w:val="20"/>
        </w:rPr>
        <w:t>Asimismo, le comunicamos que dispone de un plazo de veinte días hábiles para impugnar esta decisión ante la Jurisdicción Social, contado desde el día siguiente a la fecha de recepción de esta carta.</w:t>
      </w:r>
    </w:p>
    <w:p/>
    <w:p>
      <w:r>
        <w:rPr>
          <w:b w:val="0"/>
          <w:sz w:val="20"/>
        </w:rPr>
        <w:t>Reciba un cordial saludo.</w:t>
      </w:r>
    </w:p>
    <w:p/>
    <w:p/>
    <w:p>
      <w:r>
        <w:rPr>
          <w:b w:val="0"/>
          <w:sz w:val="20"/>
        </w:rPr>
        <w:t>Lugar y fecha :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Por la Empresa</w:t>
            </w:r>
          </w:p>
        </w:tc>
        <w:tc>
          <w:tcPr>
            <w:tcW w:type="dxa" w:w="4986"/>
            <w:tcBorders>
              <w:top w:val="nil"/>
              <w:left w:val="nil"/>
              <w:bottom w:val="nil"/>
              <w:right w:val="nil"/>
              <w:insideH w:val="nil"/>
              <w:insideV w:val="nil"/>
            </w:tcBorders>
          </w:tcPr>
          <w:p>
            <w:pPr>
              <w:jc w:val="center"/>
            </w:pPr>
            <w:r>
              <w:t>El Trabajador</w:t>
            </w:r>
          </w:p>
        </w:tc>
      </w:tr>
      <w:tr>
        <w:tc>
          <w:tcPr>
            <w:tcW w:type="dxa" w:w="4986"/>
            <w:tcBorders>
              <w:top w:val="nil"/>
              <w:left w:val="nil"/>
              <w:bottom w:val="nil"/>
              <w:right w:val="nil"/>
              <w:insideH w:val="nil"/>
              <w:insideV w:val="nil"/>
            </w:tcBorders>
          </w:tcPr>
          <w:p>
            <w:pPr>
              <w:jc w:val="center"/>
            </w:pPr>
            <w:r>
              <w:br/>
              <w:br/>
              <w:t>Firma : ____________________________</w:t>
            </w:r>
          </w:p>
        </w:tc>
        <w:tc>
          <w:tcPr>
            <w:tcW w:type="dxa" w:w="4986"/>
            <w:tcBorders>
              <w:top w:val="nil"/>
              <w:left w:val="nil"/>
              <w:bottom w:val="nil"/>
              <w:right w:val="nil"/>
              <w:insideH w:val="nil"/>
              <w:insideV w:val="nil"/>
            </w:tcBorders>
          </w:tcPr>
          <w:p>
            <w:pPr>
              <w:jc w:val="center"/>
            </w:pPr>
            <w:r>
              <w:br/>
              <w:br/>
              <w:t>Firma : 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https://laboral-lex.com/modelo-carta-despido-fijo-discontinuo/</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https://laboral-lex.com</w:t>
        </w:r>
      </w:hyperlink>
    </w:p>
    <w:p>
      <w:pPr>
        <w:jc w:val="center"/>
      </w:pPr>
      <w:r>
        <w:rPr>
          <w:color w:val="808080"/>
          <w:sz w:val="20"/>
        </w:rPr>
        <w:t>Esta plantilla está destinada exclusivamente para uso personal y no comercial.</w:t>
        <w:br/>
        <w:t>En caso de distribución o publicación, es obligatorio mencionar la fuente. © laboral-lex.com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aboral-lex.com/modelo-carta-despido-fijo-discontinuo/" TargetMode="External"/><Relationship Id="rId10" Type="http://schemas.openxmlformats.org/officeDocument/2006/relationships/hyperlink" Target="https://laboral-le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