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SANCIÓN DISCIPLINARIA</w:t>
      </w:r>
    </w:p>
    <w:p/>
    <w:p/>
    <w:p>
      <w:r>
        <w:rPr>
          <w:b/>
          <w:sz w:val="20"/>
        </w:rPr>
        <w:t>Nombre de la Empresa/Entidad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Domicilio Social 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Datos del Trabajador :</w:t>
      </w:r>
    </w:p>
    <w:p>
      <w:r>
        <w:rPr>
          <w:b w:val="0"/>
          <w:sz w:val="20"/>
        </w:rPr>
        <w:t>Nombre y Apellidos : _____________________________________________</w:t>
      </w:r>
    </w:p>
    <w:p>
      <w:r>
        <w:rPr>
          <w:b w:val="0"/>
          <w:sz w:val="20"/>
        </w:rPr>
        <w:t>Número de Identificación o DNI : _________________________________</w:t>
      </w:r>
    </w:p>
    <w:p>
      <w:r>
        <w:rPr>
          <w:b w:val="0"/>
          <w:sz w:val="20"/>
        </w:rPr>
        <w:t>Puesto de Trabajo : _______________________________________________</w:t>
      </w:r>
    </w:p>
    <w:p/>
    <w:p/>
    <w:p>
      <w:r>
        <w:rPr>
          <w:b/>
          <w:sz w:val="20"/>
        </w:rPr>
        <w:t>ASUNTO: Notificación de Sanción Disciplinaria</w:t>
      </w:r>
    </w:p>
    <w:p/>
    <w:p>
      <w:r>
        <w:rPr>
          <w:b w:val="0"/>
          <w:sz w:val="20"/>
        </w:rPr>
        <w:t>Estimado/a Sr./Sra.,</w:t>
      </w:r>
    </w:p>
    <w:p/>
    <w:p>
      <w:r>
        <w:rPr>
          <w:b w:val="0"/>
          <w:sz w:val="20"/>
        </w:rPr>
        <w:t>Por la presente se le comunica que, tras la investigación realizada y la instrucción del procedimiento disciplinario correspondiente, se ha determinado que ha incurrido en una infracción laboral que constituye falta grave según lo establecido en el Convenio Colectivo y el Estatuto de los Trabajadores.</w:t>
      </w:r>
    </w:p>
    <w:p/>
    <w:p>
      <w:r>
        <w:rPr>
          <w:b w:val="0"/>
          <w:sz w:val="20"/>
        </w:rPr>
        <w:t>En virtud de lo anterior, y conforme a lo previsto en el artículo 58 del Estatuto de los Trabajadores, se le impone la siguiente sanción disciplinaria:</w:t>
      </w:r>
    </w:p>
    <w:p/>
    <w:p>
      <w:r>
        <w:rPr>
          <w:b/>
          <w:sz w:val="20"/>
        </w:rPr>
        <w:t>Tipo de sanción : _________________________________________________</w:t>
      </w:r>
    </w:p>
    <w:p>
      <w:r>
        <w:rPr>
          <w:b/>
          <w:sz w:val="20"/>
        </w:rPr>
        <w:t>Hechos que motivan la sanción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 w:val="0"/>
          <w:sz w:val="20"/>
        </w:rPr>
        <w:t>Le recordamos que esta sanción podrá ser recurrida ante la vía administrativa o judicial competente en los plazos y condiciones establecidos por la ley.</w:t>
      </w:r>
    </w:p>
    <w:p/>
    <w:p>
      <w:r>
        <w:rPr>
          <w:b w:val="0"/>
          <w:sz w:val="20"/>
        </w:rPr>
        <w:t>Asimismo, le informamos que el expediente disciplinario se ha tramitado respetando en todo momento las garantías y derechos que le asisten como trabajador.</w:t>
      </w:r>
    </w:p>
    <w:p/>
    <w:p/>
    <w:p>
      <w:r>
        <w:rPr>
          <w:b w:val="0"/>
          <w:sz w:val="20"/>
        </w:rPr>
        <w:t>Lugar : _____________________________</w:t>
      </w:r>
    </w:p>
    <w:p>
      <w:r>
        <w:rPr>
          <w:b w:val="0"/>
          <w:sz w:val="20"/>
        </w:rPr>
        <w:t>Fecha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Trabajador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https://laboral-lex.com/modelo-carta-sancion-disciplinaria/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carta-sancion-disciplinaria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