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CONTRATO DE PRESTACIÓN DE SERVICIOS COMO AUTÓNOMO INDEPENDIENTE</w:t>
      </w:r>
    </w:p>
    <w:p/>
    <w:p>
      <w:r>
        <w:rPr>
          <w:b/>
          <w:sz w:val="20"/>
        </w:rPr>
        <w:t>PARTES CONTRATANTES:</w:t>
      </w:r>
    </w:p>
    <w:p>
      <w:r>
        <w:rPr>
          <w:b w:val="0"/>
          <w:sz w:val="20"/>
        </w:rPr>
        <w:t>De una parte, el CLIENTE, y de otra parte, el AUTÓNOMO INDEPENDIENTE,</w:t>
      </w:r>
    </w:p>
    <w:p>
      <w:r>
        <w:rPr>
          <w:b w:val="0"/>
          <w:sz w:val="20"/>
        </w:rPr>
        <w:t>ambos con capacidad legal para contratar y obligarse, acuerdan celebrar el presente contrato de prestación de servicios, con arreglo a las siguientes</w:t>
      </w:r>
    </w:p>
    <w:p/>
    <w:p>
      <w:r>
        <w:rPr>
          <w:b/>
          <w:sz w:val="20"/>
        </w:rPr>
        <w:t>CLÁUSULA 1 – OBJETO DEL CONTRATO</w:t>
      </w:r>
    </w:p>
    <w:p>
      <w:r>
        <w:rPr>
          <w:b w:val="0"/>
          <w:sz w:val="20"/>
        </w:rPr>
        <w:t>El AUTÓNOMO INDEPENDIENTE se compromete a prestar al CLIENTE los servicios profesionales de forma autónoma e independiente, sin relación laboral, conforme a las condiciones establecidas en este contrato.</w:t>
      </w:r>
    </w:p>
    <w:p/>
    <w:p>
      <w:r>
        <w:rPr>
          <w:b/>
          <w:sz w:val="20"/>
        </w:rPr>
        <w:t>CLÁUSULA 2 – DURACIÓN</w:t>
      </w:r>
    </w:p>
    <w:p>
      <w:r>
        <w:rPr>
          <w:b w:val="0"/>
          <w:sz w:val="20"/>
        </w:rPr>
        <w:t>El presente contrato entrará en vigor en el momento de su firma y tendrá una duración indefinida, pudiendo ser rescindido por cualquiera de las partes mediante comunicación escrita con un preaviso mínimo de treinta (30) días naturales.</w:t>
      </w:r>
    </w:p>
    <w:p/>
    <w:p>
      <w:r>
        <w:rPr>
          <w:b/>
          <w:sz w:val="20"/>
        </w:rPr>
        <w:t>CLÁUSULA 3 – OBLIGACIONES DEL AUTÓNOMO INDEPENDIENTE</w:t>
      </w:r>
    </w:p>
    <w:p>
      <w:r>
        <w:rPr>
          <w:b w:val="0"/>
          <w:sz w:val="20"/>
        </w:rPr>
        <w:t>El AUTÓNOMO INDEPENDIENTE realizará las tareas encomendadas con la diligencia y profesionalidad debidas, respetando la confidencialidad de la información y cumpliendo con la normativa vigente aplicable a su actividad profesional.</w:t>
      </w:r>
    </w:p>
    <w:p/>
    <w:p>
      <w:r>
        <w:rPr>
          <w:b/>
          <w:sz w:val="20"/>
        </w:rPr>
        <w:t>CLÁUSULA 4 – OBLIGACIONES DEL CLIENTE</w:t>
      </w:r>
    </w:p>
    <w:p>
      <w:r>
        <w:rPr>
          <w:b w:val="0"/>
          <w:sz w:val="20"/>
        </w:rPr>
        <w:t>El CLIENTE facilitará al AUTÓNOMO INDEPENDIENTE toda la información y medios necesarios para la correcta prestación del servicio y abonará las cantidades pactadas en los plazos y condiciones establecidos.</w:t>
      </w:r>
    </w:p>
    <w:p/>
    <w:p>
      <w:r>
        <w:rPr>
          <w:b/>
          <w:sz w:val="20"/>
        </w:rPr>
        <w:t>CLÁUSULA 5 – REMUNERACIÓN</w:t>
      </w:r>
    </w:p>
    <w:p>
      <w:r>
        <w:rPr>
          <w:b w:val="0"/>
          <w:sz w:val="20"/>
        </w:rPr>
        <w:t>El CLIENTE abonará al AUTÓNOMO INDEPENDIENTE la cantidad acordada por la prestación de los servicios, que será abonada mediante factura emitida por el AUTÓNOMO, conforme a la legislación fiscal y mercantil vigente.</w:t>
      </w:r>
    </w:p>
    <w:p/>
    <w:p>
      <w:r>
        <w:rPr>
          <w:b/>
          <w:sz w:val="20"/>
        </w:rPr>
        <w:t>CLÁUSULA 6 – RELACIÓN ENTRE LAS PARTES</w:t>
      </w:r>
    </w:p>
    <w:p>
      <w:r>
        <w:rPr>
          <w:b w:val="0"/>
          <w:sz w:val="20"/>
        </w:rPr>
        <w:t>El presente contrato no genera relación laboral, societaria ni de dependencia entre las partes. El AUTÓNOMO INDEPENDIENTE actúa con plena autonomía y asume los riesgos propios de su actividad.</w:t>
      </w:r>
    </w:p>
    <w:p/>
    <w:p>
      <w:r>
        <w:rPr>
          <w:b/>
          <w:sz w:val="20"/>
        </w:rPr>
        <w:t>CLÁUSULA 7 – CONFIDENCIALIDAD</w:t>
      </w:r>
    </w:p>
    <w:p>
      <w:r>
        <w:rPr>
          <w:b w:val="0"/>
          <w:sz w:val="20"/>
        </w:rPr>
        <w:t>Ambas partes se obligan a guardar confidencialidad respecto a cualquier información o dato al que tengan acceso con motivo de este contrato, durante su vigencia y tras su finalización.</w:t>
      </w:r>
    </w:p>
    <w:p/>
    <w:p>
      <w:r>
        <w:rPr>
          <w:b/>
          <w:sz w:val="20"/>
        </w:rPr>
        <w:t>CLÁUSULA 8 – PROTECCIÓN DE DATOS</w:t>
      </w:r>
    </w:p>
    <w:p>
      <w:r>
        <w:rPr>
          <w:b w:val="0"/>
          <w:sz w:val="20"/>
        </w:rPr>
        <w:t>Las partes se comprometen a cumplir con la normativa vigente en materia de protección de datos personales, adoptando las medidas necesarias para garantizar la seguridad y confidencialidad de los datos tratados.</w:t>
      </w:r>
    </w:p>
    <w:p/>
    <w:p>
      <w:r>
        <w:rPr>
          <w:b/>
          <w:sz w:val="20"/>
        </w:rPr>
        <w:t>CLÁUSULA 9 – RESPONSABILIDAD</w:t>
      </w:r>
    </w:p>
    <w:p>
      <w:r>
        <w:rPr>
          <w:b w:val="0"/>
          <w:sz w:val="20"/>
        </w:rPr>
        <w:t>El AUTÓNOMO INDEPENDIENTE responderá por los daños y perjuicios causados por dolo o culpa grave en la ejecución de los servicios. En ningún caso el CLIENTE será responsable de las obligaciones fiscales, laborales o de Seguridad Social del AUTÓNOMO.</w:t>
      </w:r>
    </w:p>
    <w:p/>
    <w:p>
      <w:r>
        <w:rPr>
          <w:b/>
          <w:sz w:val="20"/>
        </w:rPr>
        <w:t>CLÁUSULA 10 – RESOLUCIÓN DE CONFLICTOS</w:t>
      </w:r>
    </w:p>
    <w:p>
      <w:r>
        <w:rPr>
          <w:b w:val="0"/>
          <w:sz w:val="20"/>
        </w:rPr>
        <w:t>Para cualquier controversia derivada de la interpretación o ejecución del presente contrato, ambas partes se someten expresamente a la jurisdicción de los Juzgados y Tribunales del domicilio del CLIENTE, con renuncia a cualquier otro fuero que pudiera corresponderles.</w:t>
      </w:r>
    </w:p>
    <w:p/>
    <w:p/>
    <w:p>
      <w:r>
        <w:rPr>
          <w:b w:val="0"/>
          <w:sz w:val="20"/>
        </w:rPr>
        <w:t>LUGAR Y FECHA DE FIRMA: 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AUTÓNOMO INDEPENDIENTE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https://laboral-lex.com/modelo-contrato-autonomo-independiente/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modelo-contrato-autonomo-independiente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