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CONTRATO DE JUBILACIÓN FLEXIBLE</w:t>
      </w:r>
    </w:p>
    <w:p/>
    <w:p>
      <w:r>
        <w:rPr>
          <w:b w:val="0"/>
          <w:sz w:val="20"/>
        </w:rPr>
        <w:t>Lugar : ____________________________    Fecha : ____________________________</w:t>
      </w:r>
    </w:p>
    <w:p/>
    <w:p>
      <w:r>
        <w:rPr>
          <w:b/>
          <w:sz w:val="20"/>
        </w:rPr>
        <w:t>REUNIDOS</w:t>
      </w:r>
    </w:p>
    <w:p>
      <w:r>
        <w:rPr>
          <w:b w:val="0"/>
          <w:sz w:val="20"/>
        </w:rPr>
        <w:t>De una parte, D./Dña. ___________________________________________________, con DNI nº ____________________, en nombre y representación de la empresa ____________________________________________________, con CIF ____________________, y domicilio social en ______________________________________________________________.</w:t>
      </w:r>
    </w:p>
    <w:p/>
    <w:p>
      <w:r>
        <w:rPr>
          <w:b w:val="0"/>
          <w:sz w:val="20"/>
        </w:rPr>
        <w:t>Y de otra parte, D./Dña. ___________________________________________________, con DNI nº ____________________, trabajador/a en la empresa indicada, con antigüedad desde __________________ y categoría profesional _______________________________.</w:t>
      </w:r>
    </w:p>
    <w:p/>
    <w:p>
      <w:r>
        <w:rPr>
          <w:b/>
          <w:sz w:val="20"/>
        </w:rPr>
        <w:t>EXPONEN</w:t>
      </w:r>
    </w:p>
    <w:p>
      <w:r>
        <w:rPr>
          <w:b w:val="0"/>
          <w:sz w:val="20"/>
        </w:rPr>
        <w:t>I. Que el trabajador/a cumple los requisitos legales para acceder a la jubilación flexible, de conformidad con lo establecido en la normativa vigente en materia de Seguridad Social y empleo.</w:t>
      </w:r>
    </w:p>
    <w:p>
      <w:r>
        <w:rPr>
          <w:b w:val="0"/>
          <w:sz w:val="20"/>
        </w:rPr>
        <w:t>II. Que ambas partes están interesadas en formalizar un acuerdo para la modalidad de jubilación flexible, que permita compatibilizar la percepción de la pensión de jubilación con la realización de una actividad laboral a tiempo parcial.</w:t>
      </w:r>
    </w:p>
    <w:p/>
    <w:p>
      <w:r>
        <w:rPr>
          <w:b/>
          <w:sz w:val="20"/>
        </w:rPr>
        <w:t>CLÁUSULAS</w:t>
      </w:r>
    </w:p>
    <w:p/>
    <w:p>
      <w:r>
        <w:rPr>
          <w:b/>
          <w:sz w:val="20"/>
        </w:rPr>
        <w:t>Primera. Objeto del contrato</w:t>
      </w:r>
    </w:p>
    <w:p>
      <w:r>
        <w:rPr>
          <w:b w:val="0"/>
          <w:sz w:val="20"/>
        </w:rPr>
        <w:t>El presente contrato tiene por objeto regular la modalidad de jubilación flexible conforme a lo dispuesto en la legislación aplicable, estableciendo las condiciones y términos de la reducción de jornada y la compatibilidad con el cobro de la pensión de jubilación.</w:t>
      </w:r>
    </w:p>
    <w:p/>
    <w:p>
      <w:r>
        <w:rPr>
          <w:b/>
          <w:sz w:val="20"/>
        </w:rPr>
        <w:t>Segunda. Reducción de jornada y salario</w:t>
      </w:r>
    </w:p>
    <w:p>
      <w:r>
        <w:rPr>
          <w:b w:val="0"/>
          <w:sz w:val="20"/>
        </w:rPr>
        <w:t>El trabajador/a se acoge a una reducción de jornada de trabajo en los términos previstos legalmente, que será de un mínimo del 25% y un máximo del 50% de la jornada ordinaria. En consecuencia, su salario se reducirá proporcionalmente a dicha reducción de jornada.</w:t>
      </w:r>
    </w:p>
    <w:p/>
    <w:p>
      <w:r>
        <w:rPr>
          <w:b/>
          <w:sz w:val="20"/>
        </w:rPr>
        <w:t>Tercera. Duración y efectos</w:t>
      </w:r>
    </w:p>
    <w:p>
      <w:r>
        <w:rPr>
          <w:b w:val="0"/>
          <w:sz w:val="20"/>
        </w:rPr>
        <w:t>Este acuerdo entrará en vigor en la fecha de firma del presente documento y tendrá la duración que legalmente corresponda conforme a la normativa vigente. Durante dicho período, el trabajador/a percibirá la pensión de jubilación compatible con la actividad laboral parcial desarrollada.</w:t>
      </w:r>
    </w:p>
    <w:p/>
    <w:p>
      <w:r>
        <w:rPr>
          <w:b/>
          <w:sz w:val="20"/>
        </w:rPr>
        <w:t>Cuarta. Obligaciones de las partes</w:t>
      </w:r>
    </w:p>
    <w:p>
      <w:r>
        <w:rPr>
          <w:b w:val="0"/>
          <w:sz w:val="20"/>
        </w:rPr>
        <w:t>El trabajador/a se compromete a cumplir con la reducción de jornada acordada y a realizar sus funciones dentro del horario establecido. La empresa se obliga a respetar la reducción de jornada y a efectuar los pagos y cotizaciones correspondientes conforme a la legislación vigente.</w:t>
      </w:r>
    </w:p>
    <w:p/>
    <w:p>
      <w:r>
        <w:rPr>
          <w:b/>
          <w:sz w:val="20"/>
        </w:rPr>
        <w:t>Quinta. Comunicación a la Seguridad Social</w:t>
      </w:r>
    </w:p>
    <w:p>
      <w:r>
        <w:rPr>
          <w:b w:val="0"/>
          <w:sz w:val="20"/>
        </w:rPr>
        <w:t>La empresa realizará las comunicaciones obligatorias a la Seguridad Social para la aplicación correcta de la jubilación flexible y las reducciones de jornada vinculadas.</w:t>
      </w:r>
    </w:p>
    <w:p/>
    <w:p>
      <w:r>
        <w:rPr>
          <w:b/>
          <w:sz w:val="20"/>
        </w:rPr>
        <w:t>Sexta. Resolución del acuerdo</w:t>
      </w:r>
    </w:p>
    <w:p>
      <w:r>
        <w:rPr>
          <w:b w:val="0"/>
          <w:sz w:val="20"/>
        </w:rPr>
        <w:t>Cualquiera de las partes podrá solicitar la resolución del presente acuerdo conforme a la normativa aplicable, respetando los plazos y condiciones establecidos legalmente.</w:t>
      </w:r>
    </w:p>
    <w:p/>
    <w:p>
      <w:r>
        <w:rPr>
          <w:b/>
          <w:sz w:val="20"/>
        </w:rPr>
        <w:t>Séptima. Legislación aplicable y jurisdicción</w:t>
      </w:r>
    </w:p>
    <w:p>
      <w:r>
        <w:rPr>
          <w:b w:val="0"/>
          <w:sz w:val="20"/>
        </w:rPr>
        <w:t>El presente contrato se rige por la legislación española vigente en materia laboral y de Seguridad Social. Para la resolución de cualquier conflicto derivado del presente acuerdo, las partes se someten a los Juzgados y Tribunales del domicilio de la empresa.</w:t>
      </w:r>
    </w:p>
    <w:p/>
    <w:p/>
    <w:p>
      <w:r>
        <w:rPr>
          <w:b w:val="0"/>
          <w:sz w:val="20"/>
        </w:rPr>
        <w:t>Lugar y fecha de la firma :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 EMPRESA</w:t>
            </w:r>
          </w:p>
        </w:tc>
        <w:tc>
          <w:tcPr>
            <w:tcW w:type="dxa" w:w="4986"/>
            <w:tcBorders>
              <w:top w:val="nil"/>
              <w:left w:val="nil"/>
              <w:bottom w:val="nil"/>
              <w:right w:val="nil"/>
              <w:insideH w:val="nil"/>
              <w:insideV w:val="nil"/>
            </w:tcBorders>
          </w:tcPr>
          <w:p>
            <w:pPr>
              <w:jc w:val="center"/>
            </w:pPr>
            <w:r>
              <w:t>EL/LA TRABAJADOR/A</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Nombre : ________________________________</w:t>
            </w:r>
          </w:p>
        </w:tc>
        <w:tc>
          <w:tcPr>
            <w:tcW w:type="dxa" w:w="4986"/>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https://laboral-lex.com/modelo-contrato-jubilacion-flexible/</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https://laboral-lex.com</w:t>
        </w:r>
      </w:hyperlink>
    </w:p>
    <w:p>
      <w:pPr>
        <w:jc w:val="center"/>
      </w:pPr>
      <w:r>
        <w:rPr>
          <w:color w:val="808080"/>
          <w:sz w:val="20"/>
        </w:rPr>
        <w:t>Esta plantilla está destinada exclusivamente para uso personal y no comercial.</w:t>
        <w:br/>
        <w:t>En caso de distribución o publicación, es obligatorio mencionar la fuente. © laboral-lex.com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aboral-lex.com/modelo-contrato-jubilacion-flexible/" TargetMode="External"/><Relationship Id="rId10" Type="http://schemas.openxmlformats.org/officeDocument/2006/relationships/hyperlink" Target="https://laboral-le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