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AMONESTACIÓN</w:t>
      </w:r>
    </w:p>
    <w:p/>
    <w:p/>
    <w:p>
      <w:r>
        <w:rPr>
          <w:b/>
          <w:sz w:val="20"/>
        </w:rPr>
        <w:t>Datos del Trabajador 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Puesto de trabajo : _________________________________________________</w:t>
      </w:r>
    </w:p>
    <w:p>
      <w:r>
        <w:rPr>
          <w:b w:val="0"/>
          <w:sz w:val="20"/>
        </w:rPr>
        <w:t>Departamento : ______________________________________________________</w:t>
      </w:r>
    </w:p>
    <w:p/>
    <w:p>
      <w:r>
        <w:rPr>
          <w:b/>
          <w:sz w:val="20"/>
        </w:rPr>
        <w:t>Datos de la Empresa :</w:t>
      </w:r>
    </w:p>
    <w:p>
      <w:r>
        <w:rPr>
          <w:b w:val="0"/>
          <w:sz w:val="20"/>
        </w:rPr>
        <w:t>Nombre o Razón Social : _____________________________________________</w:t>
      </w:r>
    </w:p>
    <w:p>
      <w:r>
        <w:rPr>
          <w:b w:val="0"/>
          <w:sz w:val="20"/>
        </w:rPr>
        <w:t>CIF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/>
    <w:p>
      <w:pPr>
        <w:jc w:val="center"/>
      </w:pPr>
      <w:r>
        <w:rPr>
          <w:b/>
          <w:sz w:val="20"/>
        </w:rPr>
        <w:t>Asunto : Amonestación formal por incumplimiento de obligaciones laborales</w:t>
      </w:r>
    </w:p>
    <w:p/>
    <w:p/>
    <w:p>
      <w:r>
        <w:rPr>
          <w:b w:val="0"/>
          <w:sz w:val="20"/>
        </w:rPr>
        <w:t>Estimado/a Sr./Sra.,</w:t>
      </w:r>
    </w:p>
    <w:p/>
    <w:p>
      <w:r>
        <w:rPr>
          <w:b w:val="0"/>
          <w:sz w:val="20"/>
        </w:rPr>
        <w:t>Por medio de la presente, le comunicamos que se ha detectado un incumplimiento de sus obligaciones laborales en la empresa, según lo establecido en el Estatuto de los Trabajadores y el convenio colectivo aplicable.</w:t>
      </w:r>
    </w:p>
    <w:p/>
    <w:p>
      <w:r>
        <w:rPr>
          <w:b/>
          <w:sz w:val="20"/>
        </w:rPr>
        <w:t>Hechos que motivan la amonestación: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Estos hechos constituyen una infracción de las normas internas de la empresa y del compromiso adquirido con la misma, pudiendo dar lugar a sanciones disciplinarias conforme a la legislación vigente y el régimen disciplinario aplicable.</w:t>
      </w:r>
    </w:p>
    <w:p/>
    <w:p>
      <w:r>
        <w:rPr>
          <w:b w:val="0"/>
          <w:sz w:val="20"/>
        </w:rPr>
        <w:t>Por todo ello, se le amonesta formalmente y se le apercibe de que la reiteración de este tipo de conductas podrá conllevar la imposición de sanciones más graves, incluyendo la posible suspensión de empleo y sueldo o despido disciplinario.</w:t>
      </w:r>
    </w:p>
    <w:p/>
    <w:p>
      <w:r>
        <w:rPr>
          <w:b w:val="0"/>
          <w:sz w:val="20"/>
        </w:rPr>
        <w:t>Igualmente, se le requiere para que en lo sucesivo cumpla estrictamente con sus obligaciones laborales y con las instrucciones que le sean impartidas por la empresa.</w:t>
      </w:r>
    </w:p>
    <w:p/>
    <w:p/>
    <w:p>
      <w:r>
        <w:rPr>
          <w:b w:val="0"/>
          <w:sz w:val="20"/>
        </w:rPr>
        <w:t>Sin otro particular, le saludamos atentamente.</w:t>
      </w:r>
    </w:p>
    <w:p/>
    <w:p/>
    <w:p/>
    <w:p>
      <w:r>
        <w:rPr>
          <w:b w:val="0"/>
          <w:sz w:val="20"/>
        </w:rPr>
        <w:t>Lugar y fecha : 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 de la 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https://laboral-lex.com/modelo-de-amonestacion/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de-amonestacion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