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ADVERTENCIA LABORAL</w:t>
      </w:r>
    </w:p>
    <w:p/>
    <w:p>
      <w:r>
        <w:rPr>
          <w:b w:val="0"/>
          <w:sz w:val="20"/>
        </w:rPr>
        <w:t>Nombre de la Empresa : _____________________________________________</w:t>
      </w:r>
    </w:p>
    <w:p>
      <w:r>
        <w:rPr>
          <w:b w:val="0"/>
          <w:sz w:val="20"/>
        </w:rPr>
        <w:t>Dirección : 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/>
    <w:p>
      <w:r>
        <w:rPr>
          <w:b/>
          <w:sz w:val="20"/>
        </w:rPr>
        <w:t>Destinatario 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Puesto de Trabajo : _________________________________________________</w:t>
      </w:r>
    </w:p>
    <w:p>
      <w:r>
        <w:rPr>
          <w:b w:val="0"/>
          <w:sz w:val="20"/>
        </w:rPr>
        <w:t>Departamento : _____________________________________________________</w:t>
      </w:r>
    </w:p>
    <w:p/>
    <w:p/>
    <w:p>
      <w:r>
        <w:rPr>
          <w:b/>
          <w:sz w:val="20"/>
        </w:rPr>
        <w:t>Asunto : ADVERTENCIA FORMAL POR INCUMPLIMIENTO LABORAL</w:t>
      </w:r>
    </w:p>
    <w:p/>
    <w:p/>
    <w:p>
      <w:r>
        <w:rPr>
          <w:b w:val="0"/>
          <w:sz w:val="20"/>
        </w:rPr>
        <w:t>Estimado/a Sr./Sra. : ________________________________________________</w:t>
      </w:r>
    </w:p>
    <w:p/>
    <w:p>
      <w:r>
        <w:rPr>
          <w:b w:val="0"/>
          <w:sz w:val="20"/>
        </w:rPr>
        <w:t>Por medio de la presente, la empresa desea comunicarle que ha detectado un incumplimiento en las obligaciones laborales que usted tiene asumidas en virtud de su contrato de trabajo y conforme a la normativa vigente. En concreto, se ha observado lo siguiente: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 w:val="0"/>
          <w:sz w:val="20"/>
        </w:rPr>
        <w:t>Esta conducta constituye una vulneración de las obligaciones laborales y puede afectar al correcto desarrollo de las actividades y al buen funcionamiento de la empresa. Por ello, se le solicita que proceda a corregir esta situación con la máxima diligencia y responsabilidad.</w:t>
      </w:r>
    </w:p>
    <w:p/>
    <w:p>
      <w:r>
        <w:rPr>
          <w:b w:val="0"/>
          <w:sz w:val="20"/>
        </w:rPr>
        <w:t>Le recordamos que de persistir esta conducta, la empresa se verá obligada a adoptar las medidas disciplinarias que correspondan, conforme a lo establecido en el Estatuto de los Trabajadores y el convenio colectivo aplicable.</w:t>
      </w:r>
    </w:p>
    <w:p/>
    <w:p>
      <w:r>
        <w:rPr>
          <w:b w:val="0"/>
          <w:sz w:val="20"/>
        </w:rPr>
        <w:t>Asimismo, le informamos que esta advertencia queda registrada en su expediente laboral y podrá ser tenida en cuenta en futuras evaluaciones o procedimientos disciplinarios.</w:t>
      </w:r>
    </w:p>
    <w:p/>
    <w:p/>
    <w:p>
      <w:r>
        <w:rPr>
          <w:b w:val="0"/>
          <w:sz w:val="20"/>
        </w:rPr>
        <w:t>Sin otro particular, le saludamos atentamente.</w:t>
      </w:r>
    </w:p>
    <w:p/>
    <w:p/>
    <w:p/>
    <w:p>
      <w:r>
        <w:rPr>
          <w:b w:val="0"/>
          <w:sz w:val="20"/>
        </w:rPr>
        <w:t>Lugar : ______________________________________________</w:t>
      </w:r>
    </w:p>
    <w:p>
      <w:r>
        <w:rPr>
          <w:b w:val="0"/>
          <w:sz w:val="20"/>
        </w:rPr>
        <w:t>Fecha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Responsable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Trabajador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Cargo 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 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https://laboral-lex.com/modelo-de-carta-de-advertencia-laboral/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de-carta-de-advertencia-laboral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