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CARTA DE INTENCIÓN LABORAL</w:t>
      </w:r>
    </w:p>
    <w:p/>
    <w:p>
      <w:r>
        <w:rPr>
          <w:b/>
          <w:sz w:val="20"/>
        </w:rPr>
        <w:t>A la atención del Departamento de Recursos Humanos</w:t>
      </w:r>
    </w:p>
    <w:p>
      <w:r>
        <w:rPr>
          <w:b w:val="0"/>
          <w:sz w:val="20"/>
        </w:rPr>
        <w:t>Empresa: ____________________________________________</w:t>
      </w:r>
    </w:p>
    <w:p>
      <w:r>
        <w:rPr>
          <w:b w:val="0"/>
          <w:sz w:val="20"/>
        </w:rPr>
        <w:t>Dirección: __________________________________________</w:t>
      </w:r>
    </w:p>
    <w:p>
      <w:r>
        <w:rPr>
          <w:b w:val="0"/>
          <w:sz w:val="20"/>
        </w:rPr>
        <w:t>Ciudad: _____________________________________________</w:t>
      </w:r>
    </w:p>
    <w:p/>
    <w:p/>
    <w:p>
      <w:r>
        <w:rPr>
          <w:b w:val="0"/>
          <w:sz w:val="20"/>
        </w:rPr>
        <w:t>Estimados señores:</w:t>
      </w:r>
    </w:p>
    <w:p/>
    <w:p>
      <w:r>
        <w:rPr>
          <w:b w:val="0"/>
          <w:sz w:val="20"/>
        </w:rPr>
        <w:t>Por medio de la presente, yo, _____________________________________________ (nombre completo), manifiesto mi interés en formar parte de su empresa en calidad de __________________________________ (puesto o categoría profesional), conforme a las condiciones que sean acordadas entre las partes.</w:t>
      </w:r>
    </w:p>
    <w:p/>
    <w:p>
      <w:r>
        <w:rPr>
          <w:b w:val="0"/>
          <w:sz w:val="20"/>
        </w:rPr>
        <w:t>Considero que mi formación, experiencia y competencias se adecuan a las necesidades del puesto, y estoy convencido/a de que puedo aportar un valor significativo al equipo y a los objetivos de la organización.</w:t>
      </w:r>
    </w:p>
    <w:p/>
    <w:p>
      <w:r>
        <w:rPr>
          <w:b w:val="0"/>
          <w:sz w:val="20"/>
        </w:rPr>
        <w:t>Asimismo, expreso mi voluntad de negociar de buena fe las condiciones laborales, incluyendo salario, jornada, período de prueba y demás aspectos que resulten pertinentes, con arreglo a la legislación laboral vigente en España.</w:t>
      </w:r>
    </w:p>
    <w:p/>
    <w:p>
      <w:r>
        <w:rPr>
          <w:b w:val="0"/>
          <w:sz w:val="20"/>
        </w:rPr>
        <w:t>Entiendo que la presente carta de intención no constituye un contrato de trabajo ni genera vinculación contractual alguna, sino una manifestación preliminar de interés, que servirá como base para futuras negociaciones.</w:t>
      </w:r>
    </w:p>
    <w:p/>
    <w:p>
      <w:r>
        <w:rPr>
          <w:b w:val="0"/>
          <w:sz w:val="20"/>
        </w:rPr>
        <w:t>Quedo a su disposición para ampliar cualquier información y para concertar una entrevista personal en la que podamos valorar conjuntamente las posibilidades de colaboración.</w:t>
      </w:r>
    </w:p>
    <w:p/>
    <w:p/>
    <w:p>
      <w:r>
        <w:rPr>
          <w:b w:val="0"/>
          <w:sz w:val="20"/>
        </w:rPr>
        <w:t>Atentamente,</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Firma: _________________________________</w:t>
            </w:r>
          </w:p>
        </w:tc>
      </w:tr>
      <w:tr>
        <w:tc>
          <w:tcPr>
            <w:tcW w:type="dxa" w:w="9972"/>
            <w:tcBorders>
              <w:top w:val="nil"/>
              <w:left w:val="nil"/>
              <w:bottom w:val="nil"/>
              <w:right w:val="nil"/>
              <w:insideH w:val="nil"/>
              <w:insideV w:val="nil"/>
            </w:tcBorders>
          </w:tcPr>
          <w:p>
            <w:pPr>
              <w:jc w:val="left"/>
            </w:pPr>
            <w:r>
              <w:t>Nombre completo: _________________________</w:t>
            </w:r>
          </w:p>
        </w:tc>
      </w:tr>
      <w:tr>
        <w:tc>
          <w:tcPr>
            <w:tcW w:type="dxa" w:w="9972"/>
            <w:tcBorders>
              <w:top w:val="nil"/>
              <w:left w:val="nil"/>
              <w:bottom w:val="nil"/>
              <w:right w:val="nil"/>
              <w:insideH w:val="nil"/>
              <w:insideV w:val="nil"/>
            </w:tcBorders>
          </w:tcPr>
          <w:p>
            <w:pPr>
              <w:jc w:val="left"/>
            </w:pPr>
            <w:r>
              <w:t>DNI/NIE: _________________________________</w:t>
            </w:r>
          </w:p>
        </w:tc>
      </w:tr>
    </w:tbl>
    <w:p/>
    <w:p/>
    <w:p>
      <w:r>
        <w:rPr>
          <w:b w:val="0"/>
          <w:sz w:val="20"/>
        </w:rPr>
        <w:t>Lugar: ___________________________________</w:t>
      </w:r>
    </w:p>
    <w:p>
      <w:r>
        <w:rPr>
          <w:b w:val="0"/>
          <w:sz w:val="20"/>
        </w:rPr>
        <w:t>Fecha: ___________________________________</w:t>
      </w:r>
    </w:p>
    <w:p>
      <w:r>
        <w:br w:type="page"/>
      </w:r>
    </w:p>
    <w:p>
      <w:pPr>
        <w:jc w:val="center"/>
      </w:pPr>
      <w:r>
        <w:rPr>
          <w:color w:val="555555"/>
          <w:sz w:val="24"/>
        </w:rPr>
        <w:t>Fuente original de este documento:</w:t>
      </w:r>
    </w:p>
    <w:p>
      <w:pPr>
        <w:jc w:val="center"/>
      </w:pPr>
      <w:hyperlink r:id="rId9">
        <w:r>
          <w:rPr>
            <w:color w:val="0000FF"/>
            <w:u w:val="single"/>
          </w:rPr>
          <w:t>https://laboral-lex.com/modelo-de-carta-de-intencion-laboral/</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https://laboral-lex.com</w:t>
        </w:r>
      </w:hyperlink>
    </w:p>
    <w:p>
      <w:pPr>
        <w:jc w:val="center"/>
      </w:pPr>
      <w:r>
        <w:rPr>
          <w:color w:val="808080"/>
          <w:sz w:val="20"/>
        </w:rPr>
        <w:t>Esta plantilla está destinada exclusivamente para uso personal y no comercial.</w:t>
        <w:br/>
        <w:t>En caso de distribución o publicación, es obligatorio mencionar la fuente. © laboral-lex.com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aboral-lex.com/modelo-de-carta-de-intencion-laboral/" TargetMode="External"/><Relationship Id="rId10" Type="http://schemas.openxmlformats.org/officeDocument/2006/relationships/hyperlink" Target="https://laboral-l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