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INFORME DE HOSTIGAMIENTO LABORAL</w:t>
      </w:r>
    </w:p>
    <w:p/>
    <w:p>
      <w:r>
        <w:rPr>
          <w:b/>
          <w:sz w:val="20"/>
        </w:rPr>
        <w:t>Datos del Trabajador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Departamento/Área : _________________________________________________</w:t>
      </w:r>
    </w:p>
    <w:p>
      <w:r>
        <w:rPr>
          <w:b w:val="0"/>
          <w:sz w:val="20"/>
        </w:rPr>
        <w:t>Puesto de trabajo : _________________________________________________</w:t>
      </w:r>
    </w:p>
    <w:p>
      <w:r>
        <w:rPr>
          <w:b w:val="0"/>
          <w:sz w:val="20"/>
        </w:rPr>
        <w:t>Antigüedad en la empresa : __________________________________________</w:t>
      </w:r>
    </w:p>
    <w:p/>
    <w:p>
      <w:r>
        <w:rPr>
          <w:b/>
          <w:sz w:val="20"/>
        </w:rPr>
        <w:t>Descripción detallada de los hechos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Datos del presunto hostigador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Cargo o puesto : _______________________________________________________</w:t>
      </w:r>
    </w:p>
    <w:p>
      <w:r>
        <w:rPr>
          <w:b w:val="0"/>
          <w:sz w:val="20"/>
        </w:rPr>
        <w:t>Departamento/Área : _________________________________________________</w:t>
      </w:r>
    </w:p>
    <w:p/>
    <w:p>
      <w:r>
        <w:rPr>
          <w:b/>
          <w:sz w:val="20"/>
        </w:rPr>
        <w:t>Testigos (si los hubiera)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Cargo o puesto : _______________________________________________________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Cargo o puesto : _______________________________________________________</w:t>
      </w:r>
    </w:p>
    <w:p/>
    <w:p>
      <w:r>
        <w:rPr>
          <w:b/>
          <w:sz w:val="20"/>
        </w:rPr>
        <w:t>Impacto que los hechos han tenido en el trabajador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Medidas solicitadas para la resolución del conflicto 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Declaración :</w:t>
      </w:r>
    </w:p>
    <w:p>
      <w:r>
        <w:rPr>
          <w:b w:val="0"/>
          <w:sz w:val="20"/>
        </w:rPr>
        <w:t>Declaro que los hechos antes relatados son ciertos y que los expongo para que se realicen las diligencias oportunas conforme a la normativa vigente.</w:t>
      </w:r>
    </w:p>
    <w:p/>
    <w:p/>
    <w:p>
      <w:r>
        <w:rPr>
          <w:b w:val="0"/>
          <w:sz w:val="20"/>
        </w:rPr>
        <w:t>Lugar de presentación : _______________________________________________</w:t>
      </w:r>
    </w:p>
    <w:p>
      <w:r>
        <w:rPr>
          <w:b w:val="0"/>
          <w:sz w:val="20"/>
        </w:rPr>
        <w:t>Firma del trabajador 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Recibido por (Responsable RRHH)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Responsable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Nombre : 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: 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https://laboral-lex.com/modelo-de-informe-de-hostigamiento-laboral/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modelo-de-informe-de-hostigamiento-laboral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