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RECONOCIMIENTO DE ANTIGÜEDAD LABORAL</w:t>
      </w:r>
    </w:p>
    <w:p/>
    <w:p/>
    <w:p>
      <w:r>
        <w:rPr>
          <w:b/>
          <w:sz w:val="20"/>
        </w:rPr>
        <w:t>Datos del Solicitante:</w:t>
      </w:r>
    </w:p>
    <w:p>
      <w:r>
        <w:rPr>
          <w:b w:val="0"/>
          <w:sz w:val="20"/>
        </w:rPr>
        <w:t>Nombre y Apellidos : ____________________________________________________</w:t>
      </w:r>
    </w:p>
    <w:p>
      <w:r>
        <w:rPr>
          <w:b w:val="0"/>
          <w:sz w:val="20"/>
        </w:rPr>
        <w:t>DNI/NIE : ________________________________________________________________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________________________________________________________________</w:t>
      </w:r>
    </w:p>
    <w:p>
      <w:r>
        <w:rPr>
          <w:b w:val="0"/>
          <w:sz w:val="20"/>
        </w:rPr>
        <w:t>Correo Electrónico : ______________________________________________________</w:t>
      </w:r>
    </w:p>
    <w:p/>
    <w:p>
      <w:r>
        <w:rPr>
          <w:b/>
          <w:sz w:val="20"/>
        </w:rPr>
        <w:t>Datos de la Empresa:</w:t>
      </w:r>
    </w:p>
    <w:p>
      <w:r>
        <w:rPr>
          <w:b w:val="0"/>
          <w:sz w:val="20"/>
        </w:rPr>
        <w:t>Nombre o Razón Social : _________________________________________________</w:t>
      </w:r>
    </w:p>
    <w:p>
      <w:r>
        <w:rPr>
          <w:b w:val="0"/>
          <w:sz w:val="20"/>
        </w:rPr>
        <w:t>CIF/NIF : ________________________________________________________________</w:t>
      </w:r>
    </w:p>
    <w:p>
      <w:r>
        <w:rPr>
          <w:b w:val="0"/>
          <w:sz w:val="20"/>
        </w:rPr>
        <w:t>Domicilio Social : ________________________________________________________</w:t>
      </w:r>
    </w:p>
    <w:p/>
    <w:p>
      <w:r>
        <w:rPr>
          <w:b/>
          <w:sz w:val="20"/>
        </w:rPr>
        <w:t>Objeto de la Solicitud:</w:t>
      </w:r>
    </w:p>
    <w:p>
      <w:r>
        <w:rPr>
          <w:b w:val="0"/>
          <w:sz w:val="20"/>
        </w:rPr>
        <w:t>Por medio de la presente, solicito el reconocimiento de mi antigüedad laboral en la empresa indicada,</w:t>
      </w:r>
    </w:p>
    <w:p>
      <w:r>
        <w:rPr>
          <w:b w:val="0"/>
          <w:sz w:val="20"/>
        </w:rPr>
        <w:t>a efectos de acreditar los periodos de trabajo y circunstancias que correspondan conforme a la legislación vigente.</w:t>
      </w:r>
    </w:p>
    <w:p/>
    <w:p>
      <w:r>
        <w:rPr>
          <w:b/>
          <w:sz w:val="20"/>
        </w:rPr>
        <w:t>Fundamentación Jurídica:</w:t>
      </w:r>
    </w:p>
    <w:p>
      <w:r>
        <w:rPr>
          <w:b w:val="0"/>
          <w:sz w:val="20"/>
        </w:rPr>
        <w:t>En base a lo dispuesto en el Estatuto de los Trabajadores, Real Decreto Legislativo 2/2015, de 23 de octubre,</w:t>
      </w:r>
    </w:p>
    <w:p>
      <w:r>
        <w:rPr>
          <w:b w:val="0"/>
          <w:sz w:val="20"/>
        </w:rPr>
        <w:t>y demás normativa aplicable, solicito el reconocimiento de la antigüedad laboral que corresponde a la relación laboral</w:t>
      </w:r>
    </w:p>
    <w:p>
      <w:r>
        <w:rPr>
          <w:b w:val="0"/>
          <w:sz w:val="20"/>
        </w:rPr>
        <w:t>mantenerse acreditada con los documentos y medios que aporto o que obran en poder de la empresa.</w:t>
      </w:r>
    </w:p>
    <w:p/>
    <w:p>
      <w:r>
        <w:rPr>
          <w:b/>
          <w:sz w:val="20"/>
        </w:rPr>
        <w:t>Hechos:</w:t>
      </w:r>
    </w:p>
    <w:p>
      <w:r>
        <w:rPr>
          <w:b w:val="0"/>
          <w:sz w:val="20"/>
        </w:rPr>
        <w:t>1. Que he prestado servicios para la empresa desde la fecha : ________________________ hasta la fecha : _____________________.</w:t>
      </w:r>
    </w:p>
    <w:p>
      <w:r>
        <w:rPr>
          <w:b w:val="0"/>
          <w:sz w:val="20"/>
        </w:rPr>
        <w:t>2. Que durante dicho periodo he desempeñado las funciones relacionadas con mi puesto de trabajo, según consta en mis contratos y nóminas.</w:t>
      </w:r>
    </w:p>
    <w:p>
      <w:r>
        <w:rPr>
          <w:b w:val="0"/>
          <w:sz w:val="20"/>
        </w:rPr>
        <w:t>3. Que solicito el reconocimiento formal de esta antigüedad para todos los efectos legales y laborales que correspondan.</w:t>
      </w:r>
    </w:p>
    <w:p/>
    <w:p>
      <w:r>
        <w:rPr>
          <w:b/>
          <w:sz w:val="20"/>
        </w:rPr>
        <w:t>Documentación Aportada:</w:t>
      </w:r>
    </w:p>
    <w:p>
      <w:r>
        <w:rPr>
          <w:b w:val="0"/>
          <w:sz w:val="20"/>
        </w:rPr>
        <w:t>- Contratos de trabajo.</w:t>
      </w:r>
    </w:p>
    <w:p>
      <w:r>
        <w:rPr>
          <w:b w:val="0"/>
          <w:sz w:val="20"/>
        </w:rPr>
        <w:t>- Nóminas y justificantes de pago.</w:t>
      </w:r>
    </w:p>
    <w:p>
      <w:r>
        <w:rPr>
          <w:b w:val="0"/>
          <w:sz w:val="20"/>
        </w:rPr>
        <w:t>- Certificados de empresa.</w:t>
      </w:r>
    </w:p>
    <w:p>
      <w:r>
        <w:rPr>
          <w:b w:val="0"/>
          <w:sz w:val="20"/>
        </w:rPr>
        <w:t>- Cualquier otro documento relevante.</w:t>
      </w:r>
    </w:p>
    <w:p/>
    <w:p>
      <w:r>
        <w:rPr>
          <w:b/>
          <w:sz w:val="20"/>
        </w:rPr>
        <w:t>Por todo ello, SOLICITO:</w:t>
      </w:r>
    </w:p>
    <w:p>
      <w:r>
        <w:rPr>
          <w:b w:val="0"/>
          <w:sz w:val="20"/>
        </w:rPr>
        <w:t>Que se reconozca mi antigüedad laboral conforme a lo anterior, y se expida el correspondiente certificado o documento oficial que acredite dicha antigüedad.</w:t>
      </w:r>
    </w:p>
    <w:p/>
    <w:p/>
    <w:p>
      <w:r>
        <w:rPr>
          <w:b w:val="0"/>
          <w:sz w:val="20"/>
        </w:rPr>
        <w:t>Lugar y fecha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Solicitante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 la Empresa / Representante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https://laboral-lex.com/modelo-de-solicitud-de-reconocimiento-de-antiguedad-laboral/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modelo-de-solicitud-de-reconocimiento-de-antiguedad-laboral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