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REINCORPORACIÓN AL TRABAJO</w:t>
      </w:r>
    </w:p>
    <w:p/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D./Dña. ___________________________________________</w:t>
      </w:r>
    </w:p>
    <w:p>
      <w:r>
        <w:rPr>
          <w:b w:val="0"/>
          <w:sz w:val="20"/>
        </w:rPr>
        <w:t>Cargo: _____________________________________________</w:t>
      </w:r>
    </w:p>
    <w:p>
      <w:r>
        <w:rPr>
          <w:b w:val="0"/>
          <w:sz w:val="20"/>
        </w:rPr>
        <w:t>Empresa: ___________________________________________</w:t>
      </w:r>
    </w:p>
    <w:p>
      <w:r>
        <w:rPr>
          <w:b w:val="0"/>
          <w:sz w:val="20"/>
        </w:rPr>
        <w:t>Dirección: __________________________________________</w:t>
      </w:r>
    </w:p>
    <w:p/>
    <w:p/>
    <w:p>
      <w:r>
        <w:rPr>
          <w:b w:val="0"/>
          <w:sz w:val="20"/>
        </w:rPr>
        <w:t>Estimado/a Sr./Sra.:</w:t>
      </w:r>
    </w:p>
    <w:p/>
    <w:p>
      <w:r>
        <w:rPr>
          <w:b w:val="0"/>
          <w:sz w:val="20"/>
        </w:rPr>
        <w:t>Por medio de la presente, y en base a mi derecho reconocido en el artículo 53 del Estatuto de los Trabajadores y demás normativa aplicable, solicito formalmente mi reincorporación inmediata a mi puesto de trabajo en las mismas condiciones laborales que venía desempeñando, tras haber finalizado el período que motivó mi ausencia o suspensión contractual.</w:t>
      </w:r>
    </w:p>
    <w:p/>
    <w:p>
      <w:r>
        <w:rPr>
          <w:b w:val="0"/>
          <w:sz w:val="20"/>
        </w:rPr>
        <w:t>El motivo de esta solicitud es la finalización de la situación que justificaba mi ausencia, motivo por el cual procede mi reincorporación efectiva de conformidad con el marco legal vigente.</w:t>
      </w:r>
    </w:p>
    <w:p/>
    <w:p>
      <w:r>
        <w:rPr>
          <w:b w:val="0"/>
          <w:sz w:val="20"/>
        </w:rPr>
        <w:t>Por todo lo anterior, ruego se tenga por presentada esta solicitud y se disponga lo necesario para mi reincorporación de manera inmediata, garantizando el respeto a mis derechos laborales.</w:t>
      </w:r>
    </w:p>
    <w:p/>
    <w:p/>
    <w:p>
      <w:r>
        <w:rPr>
          <w:b w:val="0"/>
          <w:sz w:val="20"/>
        </w:rPr>
        <w:t>Sin otro particular, y en espera de su pronta respuesta, reciba un cordial saludo.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Lugar y fecha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DNI / NIF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https://laboral-lex.com/modelo-de-solicitud-de-reincorporacion-al-trabajo/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de-solicitud-de-reincorporacion-al-trabajo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