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JUSTIFICANTE DE ASISTENCIA</w:t>
      </w:r>
    </w:p>
    <w:p/>
    <w:p/>
    <w:p>
      <w:r>
        <w:rPr>
          <w:b/>
          <w:sz w:val="20"/>
        </w:rPr>
        <w:t xml:space="preserve">Que suscribe, </w:t>
      </w:r>
    </w:p>
    <w:p>
      <w:r>
        <w:rPr>
          <w:b/>
          <w:sz w:val="20"/>
        </w:rPr>
        <w:t>Nombre y Apellidos del Responsable :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/>
          <w:sz w:val="20"/>
        </w:rPr>
        <w:t>Cargo o función 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CERTIFICA:</w:t>
      </w:r>
    </w:p>
    <w:p/>
    <w:p>
      <w:r>
        <w:rPr>
          <w:b/>
          <w:sz w:val="20"/>
        </w:rPr>
        <w:t>Que el/la Sr./Sra. :</w:t>
      </w:r>
    </w:p>
    <w:p>
      <w:r>
        <w:rPr>
          <w:b w:val="0"/>
          <w:sz w:val="20"/>
        </w:rPr>
        <w:t>Nombre y Apellidos del asistente :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 w:val="0"/>
          <w:sz w:val="20"/>
        </w:rPr>
        <w:t>DNI/NIE/Pasaporte nº 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Ha asistido a la actividad/servicio 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Que se ha desarrollado en las instalaciones de 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Durante las horas comprendidas entre :</w:t>
      </w:r>
    </w:p>
    <w:p>
      <w:pPr>
        <w:jc w:val="center"/>
      </w:pPr>
      <w:r>
        <w:rPr>
          <w:b w:val="0"/>
          <w:sz w:val="20"/>
        </w:rPr>
        <w:t>________________________ y ________________________</w:t>
      </w:r>
    </w:p>
    <w:p/>
    <w:p>
      <w:r>
        <w:rPr>
          <w:b w:val="0"/>
          <w:sz w:val="20"/>
        </w:rPr>
        <w:t>En la fecha de la presente certificación, sin que consten incidencias durante su participación.</w:t>
      </w:r>
    </w:p>
    <w:p/>
    <w:p/>
    <w:p>
      <w:r>
        <w:rPr>
          <w:b w:val="0"/>
          <w:sz w:val="20"/>
        </w:rPr>
        <w:t xml:space="preserve">En </w:t>
      </w:r>
    </w:p>
    <w:p>
      <w:r>
        <w:rPr>
          <w:b/>
          <w:sz w:val="20"/>
        </w:rPr>
        <w:t>_____________________________</w:t>
      </w:r>
    </w:p>
    <w:p>
      <w:r>
        <w:rPr>
          <w:b w:val="0"/>
          <w:sz w:val="20"/>
        </w:rPr>
        <w:t>a ____ de ______________ de ______.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Responsable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Sello/Entidad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</w:t>
              <w:br/>
              <w:t>Cargo o Función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Entidad / Organización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https://laboral-lex.com/modelo-justificante-asistencia/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justificante-asistencia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