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RENUNCIA AL PERMISO DE PATERNIDAD</w:t>
      </w:r>
    </w:p>
    <w:p/>
    <w:p/>
    <w:p>
      <w:r>
        <w:rPr>
          <w:b/>
          <w:sz w:val="20"/>
        </w:rPr>
        <w:t>Datos del trabajador que renuncia :</w:t>
      </w:r>
    </w:p>
    <w:p>
      <w:r>
        <w:rPr>
          <w:b w:val="0"/>
          <w:sz w:val="20"/>
        </w:rPr>
        <w:t>Nombre y Apellidos : ___________________________________________________</w:t>
      </w:r>
    </w:p>
    <w:p>
      <w:r>
        <w:rPr>
          <w:b w:val="0"/>
          <w:sz w:val="20"/>
        </w:rPr>
        <w:t>NIF/NIE : _______________________________________________________________</w:t>
      </w:r>
    </w:p>
    <w:p>
      <w:r>
        <w:rPr>
          <w:b w:val="0"/>
          <w:sz w:val="20"/>
        </w:rPr>
        <w:t>Dirección : _____________________________________________________________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______________________________________________________________</w:t>
      </w:r>
    </w:p>
    <w:p/>
    <w:p>
      <w:r>
        <w:rPr>
          <w:b/>
          <w:sz w:val="20"/>
        </w:rPr>
        <w:t>EXPONE :</w:t>
      </w:r>
    </w:p>
    <w:p>
      <w:r>
        <w:rPr>
          <w:b w:val="0"/>
          <w:sz w:val="20"/>
        </w:rPr>
        <w:t>Que es padre/madre del menor nacido y tiene derecho a disfrutar del permiso de paternidad reconocido por la legislación vigente.</w:t>
      </w:r>
    </w:p>
    <w:p>
      <w:r>
        <w:rPr>
          <w:b w:val="0"/>
          <w:sz w:val="20"/>
        </w:rPr>
        <w:t>Que, por motivos personales y conforme a lo establecido en la normativa aplicable, desea RENUNCIAR de forma expresa e irrevocable al disfrute total del citado permiso.</w:t>
      </w:r>
    </w:p>
    <w:p/>
    <w:p>
      <w:r>
        <w:rPr>
          <w:b/>
          <w:sz w:val="20"/>
        </w:rPr>
        <w:t>SOLICITA :</w:t>
      </w:r>
    </w:p>
    <w:p>
      <w:r>
        <w:rPr>
          <w:b w:val="0"/>
          <w:sz w:val="20"/>
        </w:rPr>
        <w:t>Que se tenga por presentada esta comunicación de renuncia al permiso de paternidad y se proceda en consecuencia a ajustar los registros y cómputos de días de permiso.</w:t>
      </w:r>
    </w:p>
    <w:p/>
    <w:p>
      <w:r>
        <w:rPr>
          <w:b/>
          <w:sz w:val="20"/>
        </w:rPr>
        <w:t>En cumplimiento de lo establecido en el artículo 48 bis del Estatuto de los Trabajadores y demás normativa aplicable en materia de permisos por nacimiento y cuidado de menores.</w:t>
      </w:r>
    </w:p>
    <w:p/>
    <w:p>
      <w:r>
        <w:rPr>
          <w:b w:val="0"/>
          <w:sz w:val="20"/>
        </w:rPr>
        <w:t>Lugar : ____________________________    Fecha : ____________________________</w:t>
      </w:r>
    </w:p>
    <w:p/>
    <w:p/>
    <w:p/>
    <w:p>
      <w:r>
        <w:rPr>
          <w:b/>
          <w:sz w:val="20"/>
        </w:rPr>
        <w:t>Firma del trabajador :</w:t>
      </w:r>
    </w:p>
    <w:p>
      <w:r>
        <w:rPr>
          <w:b w:val="0"/>
          <w:sz w:val="20"/>
        </w:rPr>
        <w:t>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EMPRESA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TRABAJADOR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y sello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https://laboral-lex.com/modelo-renuncia-permiso-paternidad/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https://laboral-lex.com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laboral-lex.com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aboral-lex.com/modelo-renuncia-permiso-paternidad/" TargetMode="External"/><Relationship Id="rId10" Type="http://schemas.openxmlformats.org/officeDocument/2006/relationships/hyperlink" Target="https://laboral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