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SOLICITUD DE ADAPTACIÓN DEL PUESTO DE TRABAJO</w:t>
      </w:r>
    </w:p>
    <w:p/>
    <w:p/>
    <w:p>
      <w:r>
        <w:rPr>
          <w:b/>
          <w:sz w:val="20"/>
        </w:rPr>
        <w:t>A la atención de:</w:t>
      </w:r>
    </w:p>
    <w:p>
      <w:r>
        <w:rPr>
          <w:b w:val="0"/>
          <w:sz w:val="20"/>
        </w:rPr>
        <w:t>Departamento de Recursos Humanos</w:t>
      </w:r>
    </w:p>
    <w:p>
      <w:r>
        <w:rPr>
          <w:b w:val="0"/>
          <w:sz w:val="20"/>
        </w:rPr>
        <w:t>Empresa: _______________________________________________</w:t>
      </w:r>
    </w:p>
    <w:p>
      <w:r>
        <w:rPr>
          <w:b w:val="0"/>
          <w:sz w:val="20"/>
        </w:rPr>
        <w:t>Dirección: ______________________________________________</w:t>
      </w:r>
    </w:p>
    <w:p/>
    <w:p/>
    <w:p>
      <w:r>
        <w:rPr>
          <w:b/>
          <w:sz w:val="20"/>
        </w:rPr>
        <w:t>Datos del trabajador solicitante:</w:t>
      </w:r>
    </w:p>
    <w:p>
      <w:r>
        <w:rPr>
          <w:b w:val="0"/>
          <w:sz w:val="20"/>
        </w:rPr>
        <w:t>Nombre y Apellidos: ______________________________________</w:t>
      </w:r>
    </w:p>
    <w:p>
      <w:r>
        <w:rPr>
          <w:b w:val="0"/>
          <w:sz w:val="20"/>
        </w:rPr>
        <w:t>DNI/NIE: ________________________________________________</w:t>
      </w:r>
    </w:p>
    <w:p>
      <w:r>
        <w:rPr>
          <w:b w:val="0"/>
          <w:sz w:val="20"/>
        </w:rPr>
        <w:t>Puesto de trabajo actual: ________________________________</w:t>
      </w:r>
    </w:p>
    <w:p>
      <w:r>
        <w:rPr>
          <w:b w:val="0"/>
          <w:sz w:val="20"/>
        </w:rPr>
        <w:t>Departamento: ___________________________________________</w:t>
      </w:r>
    </w:p>
    <w:p/>
    <w:p/>
    <w:p>
      <w:r>
        <w:rPr>
          <w:b/>
          <w:sz w:val="20"/>
        </w:rPr>
        <w:t>EXPONGO:</w:t>
      </w:r>
    </w:p>
    <w:p>
      <w:r>
        <w:rPr>
          <w:b w:val="0"/>
          <w:sz w:val="20"/>
        </w:rPr>
        <w:t>Que por razones de salud, discapacidad o circunstancias particulares que afectan a mi capacidad para desempeñar las funciones en el puesto de trabajo actual, solicito formalmente una adaptación del mismo conforme a lo previsto en la normativa vigente.</w:t>
      </w:r>
    </w:p>
    <w:p/>
    <w:p>
      <w:r>
        <w:rPr>
          <w:b/>
          <w:sz w:val="20"/>
        </w:rPr>
        <w:t>Para fundamentar esta solicitud, adjunto el informe médico, psicológico o de evaluación profesional que acredita la necesidad de adaptación, en los términos siguientes: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0"/>
              </w:rPr>
              <w:t>Tipo de adaptación requerida: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0"/>
              </w:rPr>
              <w:t>Descripción detallada: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0"/>
              </w:rPr>
              <w:t>____________________________________________________________</w:t>
              <w:br/>
              <w:t>____________________________________________________________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0"/>
              </w:rPr>
              <w:t>Objetivo de la adaptación: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0"/>
              </w:rPr>
              <w:t>____________________________________________________________</w:t>
              <w:br/>
              <w:t>____________________________________________________________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0"/>
              </w:rPr>
              <w:t>Duración prevista: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0"/>
              </w:rPr>
              <w:t>____________________________________________________________</w:t>
            </w:r>
          </w:p>
        </w:tc>
      </w:tr>
    </w:tbl>
    <w:p/>
    <w:p/>
    <w:p>
      <w:r>
        <w:rPr>
          <w:b/>
          <w:sz w:val="20"/>
        </w:rPr>
        <w:t>SOLICITO:</w:t>
      </w:r>
    </w:p>
    <w:p>
      <w:r>
        <w:rPr>
          <w:b w:val="0"/>
          <w:sz w:val="20"/>
        </w:rPr>
        <w:t>Que se evalúe la viabilidad y se proceda a la implementación de las adaptaciones necesarias para garantizar el desempeño efectivo y seguro de las funciones propias de mi puesto de trabajo, en atención a las circunstancias expuestas y en cumplimiento de la legislación vigente en materia de igualdad, prevención de riesgos laborales y derechos de las personas con discapacidad.</w:t>
      </w:r>
    </w:p>
    <w:p/>
    <w:p/>
    <w:p>
      <w:r>
        <w:rPr>
          <w:b/>
          <w:sz w:val="20"/>
        </w:rPr>
        <w:t>Lugar para firma y fecha:</w:t>
      </w:r>
    </w:p>
    <w:p>
      <w:r>
        <w:rPr>
          <w:b w:val="0"/>
          <w:sz w:val="20"/>
        </w:rPr>
        <w:t>Lugar: ______________________________________    Fecha: 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0"/>
              </w:rPr>
              <w:t>Firma del trabajador solicitante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0"/>
              </w:rPr>
              <w:t>Firma del representante de Recursos Humanos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0"/>
              </w:rPr>
              <w:br/>
              <w:br/>
              <w:t>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0"/>
              </w:rPr>
              <w:br/>
              <w:br/>
              <w:t>_____________________________</w:t>
            </w:r>
          </w:p>
        </w:tc>
      </w:tr>
    </w:tbl>
    <w:p/>
    <w:p/>
    <w:p>
      <w:r>
        <w:rPr>
          <w:b/>
          <w:sz w:val="20"/>
        </w:rPr>
        <w:t>Nota:</w:t>
      </w:r>
    </w:p>
    <w:p>
      <w:r>
        <w:rPr>
          <w:b w:val="0"/>
          <w:sz w:val="20"/>
        </w:rPr>
        <w:t>Esta solicitud se realiza conforme a lo establecido en el Estatuto de los Trabajadores, la Ley General de derechos de las personas con discapacidad y de su inclusión social, así como la normativa aplicable en materia de prevención de riesgos laborales y adaptación razonable en el ámbito laboral.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https://laboral-lex.com/modelo-solicitud-adaptacion-puesto-de-trabajo/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https://laboral-lex.com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laboral-lex.com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aboral-lex.com/modelo-solicitud-adaptacion-puesto-de-trabajo/" TargetMode="External"/><Relationship Id="rId10" Type="http://schemas.openxmlformats.org/officeDocument/2006/relationships/hyperlink" Target="https://laboral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