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SOLICITUD DE SUBIDA DE CATEGORÍA PROFESIONAL</w:t>
      </w:r>
    </w:p>
    <w:p/>
    <w:p/>
    <w:p>
      <w:r>
        <w:rPr>
          <w:b/>
          <w:sz w:val="20"/>
        </w:rPr>
        <w:t>Datos del trabajador/a: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DNI/NIE : _______________________________________________________________</w:t>
      </w:r>
    </w:p>
    <w:p>
      <w:r>
        <w:rPr>
          <w:b w:val="0"/>
          <w:sz w:val="20"/>
        </w:rPr>
        <w:t>Puesto de trabajo actual : _______________________________________________</w:t>
      </w:r>
    </w:p>
    <w:p>
      <w:r>
        <w:rPr>
          <w:b w:val="0"/>
          <w:sz w:val="20"/>
        </w:rPr>
        <w:t>Categoría profesional actual : __________________________________________</w:t>
      </w:r>
    </w:p>
    <w:p>
      <w:r>
        <w:rPr>
          <w:b w:val="0"/>
          <w:sz w:val="20"/>
        </w:rPr>
        <w:t>Centro de trabajo : _____________________________________________________</w:t>
      </w:r>
    </w:p>
    <w:p/>
    <w:p>
      <w:r>
        <w:rPr>
          <w:b/>
          <w:sz w:val="20"/>
        </w:rPr>
        <w:t>Datos de la empresa:</w:t>
      </w:r>
    </w:p>
    <w:p>
      <w:r>
        <w:rPr>
          <w:b w:val="0"/>
          <w:sz w:val="20"/>
        </w:rPr>
        <w:t>Nombre o razón social : _________________________________________________</w:t>
      </w:r>
    </w:p>
    <w:p>
      <w:r>
        <w:rPr>
          <w:b w:val="0"/>
          <w:sz w:val="20"/>
        </w:rPr>
        <w:t>CIF : _________________________________________________________________</w:t>
      </w:r>
    </w:p>
    <w:p>
      <w:r>
        <w:rPr>
          <w:b w:val="0"/>
          <w:sz w:val="20"/>
        </w:rPr>
        <w:t>Dirección : 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/>
          <w:sz w:val="20"/>
        </w:rPr>
        <w:t>EXPONGO:</w:t>
      </w:r>
    </w:p>
    <w:p>
      <w:r>
        <w:rPr>
          <w:b w:val="0"/>
          <w:sz w:val="20"/>
        </w:rPr>
        <w:t>Que, conforme a lo establecido en el Convenio Colectivo aplicable y la normativa vigente en materia de clasificación profesional, me dirijo a la empresa con la finalidad de solicitar la revisión y subida de mi categoría profesional a la que considero que corresponde en función de mis funciones, responsabilidades y experiencia en el puesto de trabajo.</w:t>
      </w:r>
    </w:p>
    <w:p/>
    <w:p>
      <w:r>
        <w:rPr>
          <w:b/>
          <w:sz w:val="20"/>
        </w:rPr>
        <w:t>FUNDAMENTO MI SOLICITUD EN LOS SIGUIENTES HECHOS:</w:t>
      </w:r>
    </w:p>
    <w:p>
      <w:r>
        <w:rPr>
          <w:b w:val="0"/>
          <w:sz w:val="20"/>
        </w:rPr>
        <w:t>1. Desempeño efectivo y continuado de funciones correspondientes a una categoría superior a la asignada actualmente.</w:t>
      </w:r>
    </w:p>
    <w:p>
      <w:r>
        <w:rPr>
          <w:b w:val="0"/>
          <w:sz w:val="20"/>
        </w:rPr>
        <w:t>2. Formación y capacitación acreditada para el desempeño de las funciones de la categoría profesional solicitada.</w:t>
      </w:r>
    </w:p>
    <w:p>
      <w:r>
        <w:rPr>
          <w:b w:val="0"/>
          <w:sz w:val="20"/>
        </w:rPr>
        <w:t>3. Tiempo de prestación de servicios en la empresa y experiencia acumulada en las funciones desempeñadas.</w:t>
      </w:r>
    </w:p>
    <w:p>
      <w:r>
        <w:rPr>
          <w:b w:val="0"/>
          <w:sz w:val="20"/>
        </w:rPr>
        <w:t>4. Cumplimiento riguroso de las responsabilidades y obligaciones propias del puesto y categoría solicitados.</w:t>
      </w:r>
    </w:p>
    <w:p/>
    <w:p>
      <w:r>
        <w:rPr>
          <w:b/>
          <w:sz w:val="20"/>
        </w:rPr>
        <w:t>SOLICITO:</w:t>
      </w:r>
    </w:p>
    <w:p>
      <w:r>
        <w:rPr>
          <w:b w:val="0"/>
          <w:sz w:val="20"/>
        </w:rPr>
        <w:t>Que se valore y reconozca mi categoría profesional conforme a lo expuesto, procediéndose a la modificación contractual y retributiva que corresponda, en base a lo establecido en el Convenio Colectivo y la legislación laboral vigente.</w:t>
      </w:r>
    </w:p>
    <w:p/>
    <w:p/>
    <w:p>
      <w:r>
        <w:rPr>
          <w:b w:val="0"/>
          <w:sz w:val="20"/>
        </w:rPr>
        <w:t>En ______________________, a _____ de ______________________ de 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trabajador/a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 la empresa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https://laboral-lex.com/modelo-solicitud-subida-categoria-profesional/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https://laboral-lex.com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laboral-lex.com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aboral-lex.com/modelo-solicitud-subida-categoria-profesional/" TargetMode="External"/><Relationship Id="rId10" Type="http://schemas.openxmlformats.org/officeDocument/2006/relationships/hyperlink" Target="https://laboral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