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CERTIFICADO DE TRABAJO</w:t>
      </w:r>
    </w:p>
    <w:p/>
    <w:p/>
    <w:p>
      <w:r>
        <w:rPr>
          <w:b/>
          <w:sz w:val="20"/>
        </w:rPr>
        <w:t>La empresa que suscribe, bajo la representación legal que ostenta, certifica que el Sr./Sra.:</w:t>
      </w:r>
    </w:p>
    <w:p/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DNI/NIE : _______________________________________________________________</w:t>
      </w:r>
    </w:p>
    <w:p>
      <w:r>
        <w:rPr>
          <w:b w:val="0"/>
          <w:sz w:val="20"/>
        </w:rPr>
        <w:t>Cargo desempeñado : ______________________________________________________</w:t>
      </w:r>
    </w:p>
    <w:p>
      <w:r>
        <w:rPr>
          <w:b w:val="0"/>
          <w:sz w:val="20"/>
        </w:rPr>
        <w:t>Departamento : ___________________________________________________________</w:t>
      </w:r>
    </w:p>
    <w:p>
      <w:r>
        <w:rPr>
          <w:b w:val="0"/>
          <w:sz w:val="20"/>
        </w:rPr>
        <w:t>Fecha de inicio de la relación laboral : ____________________________________</w:t>
      </w:r>
    </w:p>
    <w:p>
      <w:r>
        <w:rPr>
          <w:b w:val="0"/>
          <w:sz w:val="20"/>
        </w:rPr>
        <w:t>Fecha de fin de la relación laboral : ______________________________________</w:t>
      </w:r>
    </w:p>
    <w:p/>
    <w:p>
      <w:r>
        <w:rPr>
          <w:b w:val="0"/>
          <w:sz w:val="20"/>
        </w:rPr>
        <w:t>Durante el período indicado, el trabajador ha prestado servicios para esta empresa con diligencia y responsabilidad, desempeñando las funciones propias del puesto mencionado. Este certificado se expide a petición del interesado para los usos que estime convenientes en cumplimiento de la normativa laboral vigente.</w:t>
      </w:r>
    </w:p>
    <w:p/>
    <w:p/>
    <w:p>
      <w:r>
        <w:rPr>
          <w:b/>
          <w:sz w:val="20"/>
        </w:rPr>
        <w:t>La empresa declara que el presente certificado se expide sin que implique renuncia o limitación alguna de los derechos del trabajador previstos en el ordenamiento jurídico laboral.</w:t>
      </w:r>
    </w:p>
    <w:p/>
    <w:p>
      <w:r>
        <w:rPr>
          <w:b/>
          <w:sz w:val="20"/>
        </w:rPr>
        <w:t>Asimismo, se manifiesta que la información contenida en este documento es veraz y corresponde a la realidad laboral del trabajador, a los efectos legales pertinentes.</w:t>
      </w:r>
    </w:p>
    <w:p/>
    <w:p/>
    <w:p/>
    <w:p>
      <w:r>
        <w:rPr>
          <w:b w:val="0"/>
          <w:sz w:val="20"/>
        </w:rPr>
        <w:t>Lugar : ____________________________________    Fecha : 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representante legal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Sello de la empresa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https://laboral-lex.com/modelos-de-certificado-de-trabajo/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https://laboral-lex.com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laboral-lex.com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aboral-lex.com/modelos-de-certificado-de-trabajo/" TargetMode="External"/><Relationship Id="rId10" Type="http://schemas.openxmlformats.org/officeDocument/2006/relationships/hyperlink" Target="https://laboral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