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RENUNCIA AL RECONOCIMIENTO MÉDICO DE AUTÓNOMO</w:t>
      </w:r>
    </w:p>
    <w:p/>
    <w:p>
      <w:r>
        <w:rPr>
          <w:b w:val="0"/>
          <w:sz w:val="20"/>
        </w:rPr>
        <w:t>Yo, _________________________________________________, con DNI/NIE nº ________________________________, en pleno uso de mis facultades y derechos,</w:t>
      </w:r>
    </w:p>
    <w:p>
      <w:r>
        <w:rPr>
          <w:b w:val="0"/>
          <w:sz w:val="20"/>
        </w:rPr>
        <w:t>manifiesto mi voluntad libre, voluntaria e inequívoca de RENUNCIAR al reconocimiento médico específico previsto para trabajadores autónomos.</w:t>
      </w:r>
    </w:p>
    <w:p/>
    <w:p>
      <w:r>
        <w:rPr>
          <w:b/>
          <w:sz w:val="20"/>
        </w:rPr>
        <w:t>Primero – Objeto de la renuncia</w:t>
      </w:r>
    </w:p>
    <w:p>
      <w:r>
        <w:rPr>
          <w:b w:val="0"/>
          <w:sz w:val="20"/>
        </w:rPr>
        <w:t>Mediante este documento, renuncio expresamente a realizar el reconocimiento médico obligatorio previsto para trabajadores autónomos conforme a la normativa vigente. Declaro conocer las implicaciones y riesgos derivados de dicha renuncia, así como la posibilidad de no contar con el correspondiente informe médico que certifique mi aptitud para el desarrollo de mi actividad.</w:t>
      </w:r>
    </w:p>
    <w:p/>
    <w:p>
      <w:r>
        <w:rPr>
          <w:b/>
          <w:sz w:val="20"/>
        </w:rPr>
        <w:t>Segundo – Conocimiento y aceptación de riesgos</w:t>
      </w:r>
    </w:p>
    <w:p>
      <w:r>
        <w:rPr>
          <w:b w:val="0"/>
          <w:sz w:val="20"/>
        </w:rPr>
        <w:t>Reconozco que se me ha informado adecuadamente sobre la naturaleza, finalidad y alcance del reconocimiento médico, y que he comprendido los riesgos que supone la renuncia a este. Asumo toda responsabilidad derivada de la ausencia de dicho reconocimiento y eximo a la entidad promotora o facultativa de cualquier responsabilidad relacionada con esta decisión.</w:t>
      </w:r>
    </w:p>
    <w:p/>
    <w:p>
      <w:r>
        <w:rPr>
          <w:b/>
          <w:sz w:val="20"/>
        </w:rPr>
        <w:t>Tercero – Derecho a retractación</w:t>
      </w:r>
    </w:p>
    <w:p>
      <w:r>
        <w:rPr>
          <w:b w:val="0"/>
          <w:sz w:val="20"/>
        </w:rPr>
        <w:t>Tengo conocimiento de que puedo revocar esta renuncia en cualquier momento y solicitar la realización del reconocimiento médico, conforme a los procedimientos establecidos por la entidad correspondiente.</w:t>
      </w:r>
    </w:p>
    <w:p/>
    <w:p>
      <w:r>
        <w:rPr>
          <w:b/>
          <w:sz w:val="20"/>
        </w:rPr>
        <w:t>Cuarto – Declaración de veracidad</w:t>
      </w:r>
    </w:p>
    <w:p>
      <w:r>
        <w:rPr>
          <w:b w:val="0"/>
          <w:sz w:val="20"/>
        </w:rPr>
        <w:t>Declaro que toda la información proporcionada en este documento es veraz y que he firmado esta renuncia de forma voluntaria, sin coacción ni engaño, estando plenamente consciente de sus efectos legales.</w:t>
      </w:r>
    </w:p>
    <w:p/>
    <w:p/>
    <w:p>
      <w:r>
        <w:rPr>
          <w:b w:val="0"/>
          <w:sz w:val="20"/>
        </w:rPr>
        <w:t>Lugar y firma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https://laboral-lex.com/renuncia-reconocimiento-medico-autonomo/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renuncia-reconocimiento-medico-autonomo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